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49E74" w14:textId="77777777" w:rsidR="002C5810" w:rsidRPr="00705A8C" w:rsidRDefault="002C5810" w:rsidP="002C5810">
      <w:pPr>
        <w:jc w:val="center"/>
        <w:rPr>
          <w:b/>
          <w:bCs/>
          <w:sz w:val="28"/>
          <w:szCs w:val="28"/>
          <w:lang w:val="uk-UA"/>
        </w:rPr>
      </w:pPr>
      <w:r w:rsidRPr="00705A8C">
        <w:rPr>
          <w:b/>
          <w:bCs/>
          <w:sz w:val="28"/>
          <w:szCs w:val="28"/>
          <w:lang w:val="uk-UA"/>
        </w:rPr>
        <w:t>Підведення підсумків роботи</w:t>
      </w:r>
    </w:p>
    <w:p w14:paraId="45DF8D86" w14:textId="77777777" w:rsidR="002C5810" w:rsidRPr="00705A8C" w:rsidRDefault="002C5810" w:rsidP="002C5810">
      <w:pPr>
        <w:jc w:val="center"/>
        <w:rPr>
          <w:b/>
          <w:bCs/>
          <w:sz w:val="28"/>
          <w:szCs w:val="28"/>
          <w:lang w:val="uk-UA"/>
        </w:rPr>
      </w:pPr>
      <w:r w:rsidRPr="00705A8C">
        <w:rPr>
          <w:b/>
          <w:bCs/>
          <w:sz w:val="28"/>
          <w:szCs w:val="28"/>
          <w:lang w:val="uk-UA"/>
        </w:rPr>
        <w:t>ГС «Федерація греко-римської боротьби Рівненської області»</w:t>
      </w:r>
    </w:p>
    <w:p w14:paraId="2C452F2A" w14:textId="77777777" w:rsidR="002C5810" w:rsidRPr="00BE78DC" w:rsidRDefault="002C5810" w:rsidP="002C5810">
      <w:pPr>
        <w:jc w:val="center"/>
        <w:rPr>
          <w:b/>
          <w:bCs/>
          <w:sz w:val="28"/>
          <w:szCs w:val="28"/>
          <w:lang w:val="ru-RU"/>
        </w:rPr>
      </w:pPr>
      <w:r w:rsidRPr="00BE78DC">
        <w:rPr>
          <w:b/>
          <w:bCs/>
          <w:sz w:val="28"/>
          <w:szCs w:val="28"/>
          <w:lang w:val="ru-RU"/>
        </w:rPr>
        <w:t>(</w:t>
      </w:r>
      <w:proofErr w:type="spellStart"/>
      <w:r w:rsidRPr="00BE78DC">
        <w:rPr>
          <w:b/>
          <w:bCs/>
          <w:sz w:val="28"/>
          <w:szCs w:val="28"/>
          <w:lang w:val="ru-RU"/>
        </w:rPr>
        <w:t>Боротьба</w:t>
      </w:r>
      <w:proofErr w:type="spellEnd"/>
      <w:r w:rsidRPr="00BE78DC">
        <w:rPr>
          <w:b/>
          <w:bCs/>
          <w:sz w:val="28"/>
          <w:szCs w:val="28"/>
          <w:lang w:val="ru-RU"/>
        </w:rPr>
        <w:t xml:space="preserve"> греко-</w:t>
      </w:r>
      <w:proofErr w:type="spellStart"/>
      <w:r w:rsidRPr="00BE78DC">
        <w:rPr>
          <w:b/>
          <w:bCs/>
          <w:sz w:val="28"/>
          <w:szCs w:val="28"/>
          <w:lang w:val="ru-RU"/>
        </w:rPr>
        <w:t>римська</w:t>
      </w:r>
      <w:proofErr w:type="spellEnd"/>
      <w:r w:rsidRPr="00BE78DC">
        <w:rPr>
          <w:b/>
          <w:bCs/>
          <w:sz w:val="28"/>
          <w:szCs w:val="28"/>
          <w:lang w:val="ru-RU"/>
        </w:rPr>
        <w:t xml:space="preserve">) </w:t>
      </w:r>
      <w:proofErr w:type="spellStart"/>
      <w:r w:rsidRPr="00BE78DC">
        <w:rPr>
          <w:b/>
          <w:bCs/>
          <w:sz w:val="28"/>
          <w:szCs w:val="28"/>
          <w:lang w:val="ru-RU"/>
        </w:rPr>
        <w:t>Рівненська</w:t>
      </w:r>
      <w:proofErr w:type="spellEnd"/>
      <w:r w:rsidRPr="00BE78DC">
        <w:rPr>
          <w:b/>
          <w:bCs/>
          <w:sz w:val="28"/>
          <w:szCs w:val="28"/>
          <w:lang w:val="ru-RU"/>
        </w:rPr>
        <w:t xml:space="preserve"> область за 2025 </w:t>
      </w:r>
      <w:proofErr w:type="spellStart"/>
      <w:r w:rsidRPr="00BE78DC">
        <w:rPr>
          <w:b/>
          <w:bCs/>
          <w:sz w:val="28"/>
          <w:szCs w:val="28"/>
          <w:lang w:val="ru-RU"/>
        </w:rPr>
        <w:t>рік</w:t>
      </w:r>
      <w:proofErr w:type="spellEnd"/>
    </w:p>
    <w:p w14:paraId="752F1DCB" w14:textId="77777777" w:rsidR="002C5810" w:rsidRDefault="002C5810" w:rsidP="002C5810">
      <w:pPr>
        <w:jc w:val="center"/>
      </w:pPr>
      <w:r>
        <w:t>(</w:t>
      </w:r>
      <w:proofErr w:type="spellStart"/>
      <w:r>
        <w:t>назва</w:t>
      </w:r>
      <w:proofErr w:type="spellEnd"/>
      <w:r>
        <w:t xml:space="preserve"> </w:t>
      </w:r>
      <w:proofErr w:type="spellStart"/>
      <w:r>
        <w:t>федерації</w:t>
      </w:r>
      <w:proofErr w:type="spellEnd"/>
      <w:r>
        <w:t xml:space="preserve">, </w:t>
      </w:r>
      <w:proofErr w:type="spellStart"/>
      <w:r>
        <w:t>вид</w:t>
      </w:r>
      <w:proofErr w:type="spellEnd"/>
      <w:r>
        <w:t xml:space="preserve"> </w:t>
      </w:r>
      <w:proofErr w:type="spellStart"/>
      <w:r>
        <w:t>спорту</w:t>
      </w:r>
      <w:proofErr w:type="spellEnd"/>
      <w:r>
        <w:t>)</w:t>
      </w:r>
    </w:p>
    <w:p w14:paraId="30995A29" w14:textId="77777777" w:rsidR="002C5810" w:rsidRDefault="002C5810"/>
    <w:tbl>
      <w:tblPr>
        <w:tblW w:w="6643" w:type="pct"/>
        <w:tblInd w:w="-1452" w:type="dxa"/>
        <w:tblLayout w:type="fixed"/>
        <w:tblLook w:val="04A0" w:firstRow="1" w:lastRow="0" w:firstColumn="1" w:lastColumn="0" w:noHBand="0" w:noVBand="1"/>
      </w:tblPr>
      <w:tblGrid>
        <w:gridCol w:w="1527"/>
        <w:gridCol w:w="1100"/>
        <w:gridCol w:w="1249"/>
        <w:gridCol w:w="2071"/>
        <w:gridCol w:w="1384"/>
        <w:gridCol w:w="1244"/>
        <w:gridCol w:w="969"/>
        <w:gridCol w:w="1935"/>
      </w:tblGrid>
      <w:tr w:rsidR="002C5810" w:rsidRPr="002C5810" w14:paraId="59643E41" w14:textId="77777777" w:rsidTr="002C5810">
        <w:trPr>
          <w:trHeight w:val="397"/>
        </w:trPr>
        <w:tc>
          <w:tcPr>
            <w:tcW w:w="665" w:type="pct"/>
            <w:tcBorders>
              <w:bottom w:val="single" w:sz="4" w:space="0" w:color="auto"/>
            </w:tcBorders>
          </w:tcPr>
          <w:p w14:paraId="04EB488E" w14:textId="77777777" w:rsidR="00F659EE" w:rsidRPr="002C5810" w:rsidRDefault="00F659EE" w:rsidP="00B13011">
            <w:pPr>
              <w:rPr>
                <w:rFonts w:cs="Times New Roman"/>
              </w:rPr>
            </w:pPr>
          </w:p>
        </w:tc>
        <w:tc>
          <w:tcPr>
            <w:tcW w:w="479" w:type="pct"/>
            <w:tcBorders>
              <w:bottom w:val="single" w:sz="4" w:space="0" w:color="auto"/>
            </w:tcBorders>
          </w:tcPr>
          <w:p w14:paraId="514B0F94" w14:textId="77777777" w:rsidR="00F659EE" w:rsidRPr="002C5810" w:rsidRDefault="00F659EE">
            <w:pPr>
              <w:rPr>
                <w:rFonts w:cs="Times New Roman"/>
              </w:rPr>
            </w:pP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47A1901C" w14:textId="77777777" w:rsidR="00F659EE" w:rsidRPr="002C5810" w:rsidRDefault="00F659EE">
            <w:pPr>
              <w:rPr>
                <w:rFonts w:cs="Times New Roman"/>
              </w:rPr>
            </w:pPr>
          </w:p>
        </w:tc>
        <w:tc>
          <w:tcPr>
            <w:tcW w:w="902" w:type="pct"/>
            <w:tcBorders>
              <w:bottom w:val="single" w:sz="4" w:space="0" w:color="auto"/>
            </w:tcBorders>
          </w:tcPr>
          <w:p w14:paraId="1C2258DE" w14:textId="77777777" w:rsidR="00F659EE" w:rsidRPr="002C5810" w:rsidRDefault="00F659EE">
            <w:pPr>
              <w:rPr>
                <w:rFonts w:cs="Times New Roman"/>
              </w:rPr>
            </w:pPr>
          </w:p>
        </w:tc>
        <w:tc>
          <w:tcPr>
            <w:tcW w:w="603" w:type="pct"/>
            <w:tcBorders>
              <w:bottom w:val="single" w:sz="4" w:space="0" w:color="auto"/>
            </w:tcBorders>
          </w:tcPr>
          <w:p w14:paraId="6CB7F631" w14:textId="77777777" w:rsidR="00F659EE" w:rsidRPr="002C5810" w:rsidRDefault="00F659EE">
            <w:pPr>
              <w:rPr>
                <w:rFonts w:cs="Times New Roman"/>
              </w:rPr>
            </w:pPr>
          </w:p>
        </w:tc>
        <w:tc>
          <w:tcPr>
            <w:tcW w:w="542" w:type="pct"/>
            <w:tcBorders>
              <w:bottom w:val="single" w:sz="4" w:space="0" w:color="auto"/>
            </w:tcBorders>
          </w:tcPr>
          <w:p w14:paraId="686CA2D2" w14:textId="77777777" w:rsidR="00F659EE" w:rsidRPr="002C5810" w:rsidRDefault="00F659EE">
            <w:pPr>
              <w:rPr>
                <w:rFonts w:cs="Times New Roman"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14:paraId="2AAF3738" w14:textId="77777777" w:rsidR="00F659EE" w:rsidRPr="002C5810" w:rsidRDefault="00F659EE">
            <w:pPr>
              <w:rPr>
                <w:rFonts w:cs="Times New Roman"/>
              </w:rPr>
            </w:pPr>
          </w:p>
        </w:tc>
        <w:tc>
          <w:tcPr>
            <w:tcW w:w="843" w:type="pct"/>
            <w:tcBorders>
              <w:bottom w:val="single" w:sz="4" w:space="0" w:color="auto"/>
            </w:tcBorders>
          </w:tcPr>
          <w:p w14:paraId="1EE62C86" w14:textId="77777777" w:rsidR="00F659EE" w:rsidRPr="002C5810" w:rsidRDefault="00F659EE">
            <w:pPr>
              <w:rPr>
                <w:rFonts w:cs="Times New Roman"/>
              </w:rPr>
            </w:pPr>
          </w:p>
        </w:tc>
      </w:tr>
      <w:tr w:rsidR="002C5810" w:rsidRPr="002C5810" w14:paraId="52668072" w14:textId="77777777" w:rsidTr="002C5810">
        <w:trPr>
          <w:trHeight w:val="1628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9F28" w14:textId="77777777" w:rsidR="00F659EE" w:rsidRPr="002C5810" w:rsidRDefault="00F659EE" w:rsidP="00F659EE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2C5810">
              <w:rPr>
                <w:rFonts w:cs="Times New Roman"/>
                <w:b/>
                <w:bCs/>
              </w:rPr>
              <w:t>Прізвище</w:t>
            </w:r>
            <w:proofErr w:type="spellEnd"/>
            <w:r w:rsidRPr="002C5810">
              <w:rPr>
                <w:rFonts w:cs="Times New Roman"/>
                <w:b/>
                <w:bCs/>
              </w:rPr>
              <w:t xml:space="preserve">, </w:t>
            </w:r>
            <w:proofErr w:type="spellStart"/>
            <w:r w:rsidRPr="002C5810">
              <w:rPr>
                <w:rFonts w:cs="Times New Roman"/>
                <w:b/>
                <w:bCs/>
              </w:rPr>
              <w:t>ім’я</w:t>
            </w:r>
            <w:proofErr w:type="spellEnd"/>
            <w:r w:rsidRPr="002C5810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2C5810">
              <w:rPr>
                <w:rFonts w:cs="Times New Roman"/>
                <w:b/>
                <w:bCs/>
              </w:rPr>
              <w:t>спортсмена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A9AE" w14:textId="5770048F" w:rsidR="00F659EE" w:rsidRPr="002C5810" w:rsidRDefault="00F659EE" w:rsidP="00F659EE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ФСТ, </w:t>
            </w:r>
            <w:proofErr w:type="spellStart"/>
            <w:r w:rsidRPr="002C5810">
              <w:rPr>
                <w:rFonts w:cs="Times New Roman"/>
                <w:b/>
                <w:bCs/>
              </w:rPr>
              <w:t>відомст</w:t>
            </w:r>
            <w:proofErr w:type="spellEnd"/>
            <w:r w:rsidR="002C5810" w:rsidRPr="002C5810">
              <w:rPr>
                <w:rFonts w:cs="Times New Roman"/>
                <w:b/>
                <w:bCs/>
                <w:lang w:val="uk-UA"/>
              </w:rPr>
              <w:t>-</w:t>
            </w:r>
            <w:proofErr w:type="spellStart"/>
            <w:r w:rsidRPr="002C5810">
              <w:rPr>
                <w:rFonts w:cs="Times New Roman"/>
                <w:b/>
                <w:bCs/>
              </w:rPr>
              <w:t>во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647C" w14:textId="77777777" w:rsidR="00F659EE" w:rsidRPr="002C5810" w:rsidRDefault="00F659EE" w:rsidP="00F659EE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2C5810">
              <w:rPr>
                <w:rFonts w:cs="Times New Roman"/>
                <w:b/>
                <w:bCs/>
              </w:rPr>
              <w:t>Вид</w:t>
            </w:r>
            <w:proofErr w:type="spellEnd"/>
            <w:r w:rsidRPr="002C5810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2C5810">
              <w:rPr>
                <w:rFonts w:cs="Times New Roman"/>
                <w:b/>
                <w:bCs/>
              </w:rPr>
              <w:t>спорту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AE94" w14:textId="77777777" w:rsidR="00F659EE" w:rsidRPr="002C5810" w:rsidRDefault="00F659EE" w:rsidP="00F659EE">
            <w:pPr>
              <w:jc w:val="center"/>
              <w:rPr>
                <w:rFonts w:cs="Times New Roman"/>
                <w:b/>
                <w:bCs/>
                <w:lang w:val="ru-RU"/>
              </w:rPr>
            </w:pPr>
            <w:proofErr w:type="spellStart"/>
            <w:r w:rsidRPr="002C5810">
              <w:rPr>
                <w:rFonts w:cs="Times New Roman"/>
                <w:b/>
                <w:bCs/>
                <w:lang w:val="ru-RU"/>
              </w:rPr>
              <w:t>Назва</w:t>
            </w:r>
            <w:proofErr w:type="spellEnd"/>
            <w:r w:rsidRPr="002C5810">
              <w:rPr>
                <w:rFonts w:cs="Times New Roman"/>
                <w:b/>
                <w:bCs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b/>
                <w:bCs/>
                <w:lang w:val="ru-RU"/>
              </w:rPr>
              <w:t>змагань</w:t>
            </w:r>
            <w:proofErr w:type="spellEnd"/>
            <w:r w:rsidRPr="002C5810">
              <w:rPr>
                <w:rFonts w:cs="Times New Roman"/>
                <w:b/>
                <w:bCs/>
                <w:lang w:val="ru-RU"/>
              </w:rPr>
              <w:t xml:space="preserve">, дата, </w:t>
            </w:r>
            <w:proofErr w:type="spellStart"/>
            <w:r w:rsidRPr="002C5810">
              <w:rPr>
                <w:rFonts w:cs="Times New Roman"/>
                <w:b/>
                <w:bCs/>
                <w:lang w:val="ru-RU"/>
              </w:rPr>
              <w:t>місце</w:t>
            </w:r>
            <w:proofErr w:type="spellEnd"/>
            <w:r w:rsidRPr="002C5810">
              <w:rPr>
                <w:rFonts w:cs="Times New Roman"/>
                <w:b/>
                <w:bCs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b/>
                <w:bCs/>
                <w:lang w:val="ru-RU"/>
              </w:rPr>
              <w:t>проведення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532F" w14:textId="77777777" w:rsidR="00F659EE" w:rsidRPr="002C5810" w:rsidRDefault="00F659EE" w:rsidP="00F659EE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2C5810">
              <w:rPr>
                <w:rFonts w:cs="Times New Roman"/>
                <w:b/>
                <w:bCs/>
              </w:rPr>
              <w:t>Вид</w:t>
            </w:r>
            <w:proofErr w:type="spellEnd"/>
            <w:r w:rsidRPr="002C5810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2C5810">
              <w:rPr>
                <w:rFonts w:cs="Times New Roman"/>
                <w:b/>
                <w:bCs/>
              </w:rPr>
              <w:t>програми</w:t>
            </w:r>
            <w:proofErr w:type="spellEnd"/>
            <w:r w:rsidRPr="002C5810">
              <w:rPr>
                <w:rFonts w:cs="Times New Roman"/>
                <w:b/>
                <w:bCs/>
              </w:rPr>
              <w:t xml:space="preserve">, </w:t>
            </w:r>
            <w:proofErr w:type="spellStart"/>
            <w:r w:rsidRPr="002C5810">
              <w:rPr>
                <w:rFonts w:cs="Times New Roman"/>
                <w:b/>
                <w:bCs/>
              </w:rPr>
              <w:t>результат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0FBB" w14:textId="77777777" w:rsidR="00F659EE" w:rsidRPr="002C5810" w:rsidRDefault="00F659EE" w:rsidP="00F659EE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2C5810">
              <w:rPr>
                <w:rFonts w:cs="Times New Roman"/>
                <w:b/>
                <w:bCs/>
              </w:rPr>
              <w:t>Здобуте</w:t>
            </w:r>
            <w:proofErr w:type="spellEnd"/>
            <w:r w:rsidRPr="002C5810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2C5810">
              <w:rPr>
                <w:rFonts w:cs="Times New Roman"/>
                <w:b/>
                <w:bCs/>
              </w:rPr>
              <w:t>місце</w:t>
            </w:r>
            <w:proofErr w:type="spellEnd"/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7B15" w14:textId="510C5550" w:rsidR="00F659EE" w:rsidRPr="002C5810" w:rsidRDefault="00F659EE" w:rsidP="00F659EE">
            <w:pPr>
              <w:jc w:val="center"/>
              <w:rPr>
                <w:rFonts w:cs="Times New Roman"/>
                <w:b/>
                <w:bCs/>
                <w:lang w:val="ru-RU"/>
              </w:rPr>
            </w:pPr>
            <w:r w:rsidRPr="002C5810">
              <w:rPr>
                <w:rFonts w:cs="Times New Roman"/>
                <w:b/>
                <w:bCs/>
                <w:lang w:val="ru-RU"/>
              </w:rPr>
              <w:t>К-</w:t>
            </w:r>
            <w:proofErr w:type="spellStart"/>
            <w:r w:rsidRPr="002C5810">
              <w:rPr>
                <w:rFonts w:cs="Times New Roman"/>
                <w:b/>
                <w:bCs/>
                <w:lang w:val="ru-RU"/>
              </w:rPr>
              <w:t>сть</w:t>
            </w:r>
            <w:proofErr w:type="spellEnd"/>
            <w:r w:rsidRPr="002C5810">
              <w:rPr>
                <w:rFonts w:cs="Times New Roman"/>
                <w:b/>
                <w:bCs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b/>
                <w:bCs/>
                <w:lang w:val="ru-RU"/>
              </w:rPr>
              <w:t>очок</w:t>
            </w:r>
            <w:proofErr w:type="spellEnd"/>
            <w:r w:rsidRPr="002C5810">
              <w:rPr>
                <w:rFonts w:cs="Times New Roman"/>
                <w:b/>
                <w:bCs/>
                <w:lang w:val="ru-RU"/>
              </w:rPr>
              <w:t xml:space="preserve"> за </w:t>
            </w:r>
            <w:proofErr w:type="spellStart"/>
            <w:r w:rsidRPr="002C5810">
              <w:rPr>
                <w:rFonts w:cs="Times New Roman"/>
                <w:b/>
                <w:bCs/>
                <w:lang w:val="ru-RU"/>
              </w:rPr>
              <w:t>табли</w:t>
            </w:r>
            <w:proofErr w:type="spellEnd"/>
            <w:r w:rsidR="002C5810" w:rsidRPr="002C5810">
              <w:rPr>
                <w:rFonts w:cs="Times New Roman"/>
                <w:b/>
                <w:bCs/>
                <w:lang w:val="ru-RU"/>
              </w:rPr>
              <w:t xml:space="preserve">- </w:t>
            </w:r>
            <w:proofErr w:type="spellStart"/>
            <w:r w:rsidRPr="002C5810">
              <w:rPr>
                <w:rFonts w:cs="Times New Roman"/>
                <w:b/>
                <w:bCs/>
                <w:lang w:val="ru-RU"/>
              </w:rPr>
              <w:t>цею</w:t>
            </w:r>
            <w:proofErr w:type="spellEnd"/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C219" w14:textId="77777777" w:rsidR="00F659EE" w:rsidRPr="002C5810" w:rsidRDefault="00F659EE" w:rsidP="00F659EE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2C5810">
              <w:rPr>
                <w:rFonts w:cs="Times New Roman"/>
                <w:b/>
                <w:bCs/>
              </w:rPr>
              <w:t>Прізвище</w:t>
            </w:r>
            <w:proofErr w:type="spellEnd"/>
            <w:r w:rsidRPr="002C5810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2C5810">
              <w:rPr>
                <w:rFonts w:cs="Times New Roman"/>
                <w:b/>
                <w:bCs/>
              </w:rPr>
              <w:t>та</w:t>
            </w:r>
            <w:proofErr w:type="spellEnd"/>
            <w:r w:rsidRPr="002C5810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2C5810">
              <w:rPr>
                <w:rFonts w:cs="Times New Roman"/>
                <w:b/>
                <w:bCs/>
              </w:rPr>
              <w:t>ім'я</w:t>
            </w:r>
            <w:proofErr w:type="spellEnd"/>
            <w:r w:rsidRPr="002C5810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2C5810">
              <w:rPr>
                <w:rFonts w:cs="Times New Roman"/>
                <w:b/>
                <w:bCs/>
              </w:rPr>
              <w:t>тренера</w:t>
            </w:r>
            <w:proofErr w:type="spellEnd"/>
          </w:p>
        </w:tc>
      </w:tr>
      <w:tr w:rsidR="002C5810" w:rsidRPr="002C5810" w14:paraId="5459E1B1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7912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1)</w:t>
            </w:r>
            <w:proofErr w:type="spellStart"/>
            <w:r w:rsidRPr="002C5810">
              <w:rPr>
                <w:rFonts w:cs="Times New Roman"/>
              </w:rPr>
              <w:t>Семенчук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Андрій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7158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Динамо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1397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3A6F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Кубок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з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Південне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4-7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травня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7F1A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63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ECEC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09D4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100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D9AB" w14:textId="40752D0F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Литвинчук М.О. </w:t>
            </w:r>
            <w:r w:rsidR="002C5810" w:rsidRPr="002C5810">
              <w:rPr>
                <w:rFonts w:cs="Times New Roman"/>
                <w:lang w:val="ru-RU"/>
              </w:rPr>
              <w:t xml:space="preserve">   </w:t>
            </w:r>
            <w:proofErr w:type="spellStart"/>
            <w:r w:rsidRPr="002C5810">
              <w:rPr>
                <w:rFonts w:cs="Times New Roman"/>
                <w:lang w:val="ru-RU"/>
              </w:rPr>
              <w:t>Боровець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В.І</w:t>
            </w:r>
          </w:p>
        </w:tc>
      </w:tr>
      <w:tr w:rsidR="002C5810" w:rsidRPr="002C5810" w14:paraId="0CB2C4FB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2B4E" w14:textId="77777777" w:rsidR="00F659EE" w:rsidRPr="002C5810" w:rsidRDefault="00F659EE">
            <w:pPr>
              <w:rPr>
                <w:rFonts w:cs="Times New Roman"/>
                <w:lang w:val="ru-RU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074F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Динамо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2F79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23A1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Європи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з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Братислава, </w:t>
            </w:r>
            <w:proofErr w:type="spellStart"/>
            <w:r w:rsidRPr="002C5810">
              <w:rPr>
                <w:rFonts w:cs="Times New Roman"/>
                <w:lang w:val="ru-RU"/>
              </w:rPr>
              <w:t>Словаччина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7- 13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квітня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95D5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63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C4A7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FDF3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625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57D4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Литвинчук М.О. </w:t>
            </w:r>
            <w:proofErr w:type="spellStart"/>
            <w:r w:rsidRPr="002C5810">
              <w:rPr>
                <w:rFonts w:cs="Times New Roman"/>
                <w:lang w:val="ru-RU"/>
              </w:rPr>
              <w:t>Боровець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В.І</w:t>
            </w:r>
          </w:p>
        </w:tc>
      </w:tr>
      <w:tr w:rsidR="002C5810" w:rsidRPr="002C5810" w14:paraId="66A5594D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8AA7" w14:textId="77777777" w:rsidR="00F659EE" w:rsidRPr="002C5810" w:rsidRDefault="00F659EE">
            <w:pPr>
              <w:rPr>
                <w:rFonts w:cs="Times New Roman"/>
                <w:lang w:val="ru-RU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0EB9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Динамо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91D2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EB1F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ЧЕМПІОНАТ УКРАЇНИ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28-30.11.2025 м. </w:t>
            </w:r>
            <w:proofErr w:type="spellStart"/>
            <w:r w:rsidRPr="002C5810">
              <w:rPr>
                <w:rFonts w:cs="Times New Roman"/>
                <w:lang w:val="ru-RU"/>
              </w:rPr>
              <w:t>Київ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E931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63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C9FB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591A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401D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Литвинчук М.О. </w:t>
            </w:r>
            <w:proofErr w:type="spellStart"/>
            <w:r w:rsidRPr="002C5810">
              <w:rPr>
                <w:rFonts w:cs="Times New Roman"/>
                <w:lang w:val="ru-RU"/>
              </w:rPr>
              <w:t>Боровець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В.І</w:t>
            </w:r>
          </w:p>
        </w:tc>
      </w:tr>
      <w:tr w:rsidR="002C5810" w:rsidRPr="002C5810" w14:paraId="7BBDC348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CF83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2)</w:t>
            </w:r>
            <w:proofErr w:type="spellStart"/>
            <w:r w:rsidRPr="002C5810">
              <w:rPr>
                <w:rFonts w:cs="Times New Roman"/>
              </w:rPr>
              <w:t>Насібов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Парвіз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CE0D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ЦСКА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8D22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24F9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Кубок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з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Південне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4-7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травня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3335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72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4E6C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5ABA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150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7512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>Литвинчук М. О. Чертков Є. О.</w:t>
            </w:r>
          </w:p>
        </w:tc>
      </w:tr>
      <w:tr w:rsidR="002C5810" w:rsidRPr="002C5810" w14:paraId="0FE04299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A6AE" w14:textId="77777777" w:rsidR="00F659EE" w:rsidRPr="002C5810" w:rsidRDefault="00F659EE">
            <w:pPr>
              <w:rPr>
                <w:rFonts w:cs="Times New Roman"/>
                <w:lang w:val="ru-RU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2F10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ЦСКА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4816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</w:t>
            </w:r>
            <w:r w:rsidRPr="002C5810">
              <w:rPr>
                <w:rFonts w:cs="Times New Roman"/>
              </w:rPr>
              <w:lastRenderedPageBreak/>
              <w:t>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5494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lastRenderedPageBreak/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світу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Хорватія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, </w:t>
            </w:r>
            <w:r w:rsidRPr="002C5810">
              <w:rPr>
                <w:rFonts w:cs="Times New Roman"/>
                <w:lang w:val="ru-RU"/>
              </w:rPr>
              <w:lastRenderedPageBreak/>
              <w:t xml:space="preserve">Загреб </w:t>
            </w:r>
            <w:proofErr w:type="gramStart"/>
            <w:r w:rsidRPr="002C5810">
              <w:rPr>
                <w:rFonts w:cs="Times New Roman"/>
                <w:lang w:val="ru-RU"/>
              </w:rPr>
              <w:t>19-21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вересня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6A7D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lastRenderedPageBreak/>
              <w:t xml:space="preserve">72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0425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C4E6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500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9401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>Литвинчук М. О. Чертков Є. О.</w:t>
            </w:r>
          </w:p>
        </w:tc>
      </w:tr>
      <w:tr w:rsidR="002C5810" w:rsidRPr="002C5810" w14:paraId="5FF18305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A9E5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3)</w:t>
            </w:r>
            <w:proofErr w:type="spellStart"/>
            <w:r w:rsidRPr="002C5810">
              <w:rPr>
                <w:rFonts w:cs="Times New Roman"/>
              </w:rPr>
              <w:t>Драганчук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Владислав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8685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Динамо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4501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030B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Чемпіонат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України</w:t>
            </w:r>
            <w:proofErr w:type="spellEnd"/>
            <w:r w:rsidRPr="002C5810">
              <w:rPr>
                <w:rFonts w:cs="Times New Roman"/>
              </w:rPr>
              <w:t xml:space="preserve"> (U23) з </w:t>
            </w:r>
            <w:proofErr w:type="spellStart"/>
            <w:r w:rsidRPr="002C5810">
              <w:rPr>
                <w:rFonts w:cs="Times New Roman"/>
              </w:rPr>
              <w:t>боротьби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  <w:r w:rsidRPr="002C5810">
              <w:rPr>
                <w:rFonts w:cs="Times New Roman"/>
              </w:rPr>
              <w:t xml:space="preserve"> м. </w:t>
            </w:r>
            <w:proofErr w:type="spellStart"/>
            <w:r w:rsidRPr="002C5810">
              <w:rPr>
                <w:rFonts w:cs="Times New Roman"/>
              </w:rPr>
              <w:t>Мукачево</w:t>
            </w:r>
            <w:proofErr w:type="spellEnd"/>
            <w:r w:rsidRPr="002C5810">
              <w:rPr>
                <w:rFonts w:cs="Times New Roman"/>
              </w:rPr>
              <w:t xml:space="preserve"> 24-26 </w:t>
            </w:r>
            <w:proofErr w:type="spellStart"/>
            <w:r w:rsidRPr="002C5810">
              <w:rPr>
                <w:rFonts w:cs="Times New Roman"/>
              </w:rPr>
              <w:t>січня</w:t>
            </w:r>
            <w:proofErr w:type="spellEnd"/>
            <w:r w:rsidRPr="002C5810">
              <w:rPr>
                <w:rFonts w:cs="Times New Roman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8202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97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455D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FB4C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200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457D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>Литвинчук М. О. Ротов О. В.</w:t>
            </w:r>
          </w:p>
        </w:tc>
      </w:tr>
      <w:tr w:rsidR="002C5810" w:rsidRPr="002C5810" w14:paraId="2D92FD76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487B" w14:textId="77777777" w:rsidR="00F659EE" w:rsidRPr="002C5810" w:rsidRDefault="00F659EE">
            <w:pPr>
              <w:rPr>
                <w:rFonts w:cs="Times New Roman"/>
                <w:lang w:val="ru-RU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8594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Динамо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5204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0F5C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ЧЕМПІОНАТ УКРАЇНИ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28-30.11.2025 м. </w:t>
            </w:r>
            <w:proofErr w:type="spellStart"/>
            <w:r w:rsidRPr="002C5810">
              <w:rPr>
                <w:rFonts w:cs="Times New Roman"/>
                <w:lang w:val="ru-RU"/>
              </w:rPr>
              <w:t>Київ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2731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97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7CDD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D9B7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250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1A7F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>Литвинчук М. О. Ротов О. В.</w:t>
            </w:r>
          </w:p>
        </w:tc>
      </w:tr>
      <w:tr w:rsidR="002C5810" w:rsidRPr="002C5810" w14:paraId="7AA719C9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61F8" w14:textId="77777777" w:rsidR="00F659EE" w:rsidRPr="002C5810" w:rsidRDefault="00F659EE">
            <w:pPr>
              <w:rPr>
                <w:rFonts w:cs="Times New Roman"/>
                <w:lang w:val="ru-RU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7097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Динамо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1053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EDDB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Кубок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з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Південне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4-7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травня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E320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97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F0B5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1E6E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20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482B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>Литвинчук М. О. Ротов О. В.</w:t>
            </w:r>
          </w:p>
        </w:tc>
      </w:tr>
      <w:tr w:rsidR="002C5810" w:rsidRPr="002C5810" w14:paraId="4EE349B6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400F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4)</w:t>
            </w:r>
            <w:proofErr w:type="spellStart"/>
            <w:r w:rsidRPr="002C5810">
              <w:rPr>
                <w:rFonts w:cs="Times New Roman"/>
              </w:rPr>
              <w:t>Левчук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Владислав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6C05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Динамо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D4D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9282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Чемпіонат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України</w:t>
            </w:r>
            <w:proofErr w:type="spellEnd"/>
            <w:r w:rsidRPr="002C5810">
              <w:rPr>
                <w:rFonts w:cs="Times New Roman"/>
              </w:rPr>
              <w:t xml:space="preserve"> (U23) з </w:t>
            </w:r>
            <w:proofErr w:type="spellStart"/>
            <w:r w:rsidRPr="002C5810">
              <w:rPr>
                <w:rFonts w:cs="Times New Roman"/>
              </w:rPr>
              <w:t>боротьби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  <w:r w:rsidRPr="002C5810">
              <w:rPr>
                <w:rFonts w:cs="Times New Roman"/>
              </w:rPr>
              <w:t xml:space="preserve"> м. </w:t>
            </w:r>
            <w:proofErr w:type="spellStart"/>
            <w:r w:rsidRPr="002C5810">
              <w:rPr>
                <w:rFonts w:cs="Times New Roman"/>
              </w:rPr>
              <w:t>Мукачево</w:t>
            </w:r>
            <w:proofErr w:type="spellEnd"/>
            <w:r w:rsidRPr="002C5810">
              <w:rPr>
                <w:rFonts w:cs="Times New Roman"/>
              </w:rPr>
              <w:t xml:space="preserve"> 24-26 </w:t>
            </w:r>
            <w:proofErr w:type="spellStart"/>
            <w:r w:rsidRPr="002C5810">
              <w:rPr>
                <w:rFonts w:cs="Times New Roman"/>
              </w:rPr>
              <w:t>січня</w:t>
            </w:r>
            <w:proofErr w:type="spellEnd"/>
            <w:r w:rsidRPr="002C5810">
              <w:rPr>
                <w:rFonts w:cs="Times New Roman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86A1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63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9CA3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045C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250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33E1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>Литвинчук М. О. Гожий І. В.</w:t>
            </w:r>
          </w:p>
        </w:tc>
      </w:tr>
      <w:tr w:rsidR="002C5810" w:rsidRPr="002C5810" w14:paraId="10231073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B55F" w14:textId="77777777" w:rsidR="00F659EE" w:rsidRPr="002C5810" w:rsidRDefault="00F659EE">
            <w:pPr>
              <w:rPr>
                <w:rFonts w:cs="Times New Roman"/>
                <w:lang w:val="ru-RU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A05B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Динамо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884C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844B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ЧЕМПІОНАТ УКРАЇНИ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28-30.11.2025 м. </w:t>
            </w:r>
            <w:proofErr w:type="spellStart"/>
            <w:r w:rsidRPr="002C5810">
              <w:rPr>
                <w:rFonts w:cs="Times New Roman"/>
                <w:lang w:val="ru-RU"/>
              </w:rPr>
              <w:t>Київ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07AE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63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5283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3D2F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75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2CDB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>Литвинчук М. О. Гожий І. В.</w:t>
            </w:r>
          </w:p>
        </w:tc>
      </w:tr>
      <w:tr w:rsidR="002C5810" w:rsidRPr="002C5810" w14:paraId="320498ED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B510" w14:textId="77777777" w:rsidR="00F659EE" w:rsidRPr="002C5810" w:rsidRDefault="00F659EE">
            <w:pPr>
              <w:rPr>
                <w:rFonts w:cs="Times New Roman"/>
                <w:lang w:val="ru-RU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03DF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Динамо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72C7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244C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Кубок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з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Південне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4-7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травня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2F94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63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34E7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70BC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30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CF03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>Литвинчук М. О. Гожий І. В.</w:t>
            </w:r>
          </w:p>
        </w:tc>
      </w:tr>
      <w:tr w:rsidR="002C5810" w:rsidRPr="002C5810" w14:paraId="3EF2DFCB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8F7D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5)</w:t>
            </w:r>
            <w:proofErr w:type="spellStart"/>
            <w:r w:rsidRPr="002C5810">
              <w:rPr>
                <w:rFonts w:cs="Times New Roman"/>
              </w:rPr>
              <w:t>Кузько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Владислав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B4FB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ЦСКА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E3B6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B7D9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ЧЕМПІОНАТ УКРАЇНИ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28-30.11.2025 м. </w:t>
            </w:r>
            <w:proofErr w:type="spellStart"/>
            <w:r w:rsidRPr="002C5810">
              <w:rPr>
                <w:rFonts w:cs="Times New Roman"/>
                <w:lang w:val="ru-RU"/>
              </w:rPr>
              <w:t>Київ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EE0D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60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49FB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F32F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300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131C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>Литвинчук М. О. Чертков Є. О.</w:t>
            </w:r>
          </w:p>
        </w:tc>
      </w:tr>
      <w:tr w:rsidR="002C5810" w:rsidRPr="002C5810" w14:paraId="14A0BBF6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340F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lastRenderedPageBreak/>
              <w:t>6)</w:t>
            </w:r>
            <w:proofErr w:type="spellStart"/>
            <w:r w:rsidRPr="002C5810">
              <w:rPr>
                <w:rFonts w:cs="Times New Roman"/>
              </w:rPr>
              <w:t>Соколюк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Максим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D799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F29B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FF0D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15)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Тячів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14-16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травня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47EC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100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1D65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A4C7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75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2E25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Бокеєв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І. А. </w:t>
            </w:r>
            <w:proofErr w:type="spellStart"/>
            <w:r w:rsidRPr="002C5810">
              <w:rPr>
                <w:rFonts w:cs="Times New Roman"/>
                <w:lang w:val="ru-RU"/>
              </w:rPr>
              <w:t>Лазарець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В. І.</w:t>
            </w:r>
          </w:p>
        </w:tc>
      </w:tr>
      <w:tr w:rsidR="002C5810" w:rsidRPr="002C5810" w14:paraId="1931D08C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9B57" w14:textId="77777777" w:rsidR="00F659EE" w:rsidRPr="002C5810" w:rsidRDefault="00F659EE">
            <w:pPr>
              <w:rPr>
                <w:rFonts w:cs="Times New Roman"/>
                <w:lang w:val="ru-RU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43AE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336B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551B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Чемпіонат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України</w:t>
            </w:r>
            <w:proofErr w:type="spellEnd"/>
            <w:r w:rsidRPr="002C5810">
              <w:rPr>
                <w:rFonts w:cs="Times New Roman"/>
              </w:rPr>
              <w:t xml:space="preserve"> (U16) </w:t>
            </w:r>
            <w:proofErr w:type="spellStart"/>
            <w:r w:rsidRPr="002C5810">
              <w:rPr>
                <w:rFonts w:cs="Times New Roman"/>
              </w:rPr>
              <w:t>пам'яті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Івана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Піддубного</w:t>
            </w:r>
            <w:proofErr w:type="spellEnd"/>
            <w:r w:rsidRPr="002C5810">
              <w:rPr>
                <w:rFonts w:cs="Times New Roman"/>
              </w:rPr>
              <w:t xml:space="preserve"> з </w:t>
            </w:r>
            <w:proofErr w:type="spellStart"/>
            <w:r w:rsidRPr="002C5810">
              <w:rPr>
                <w:rFonts w:cs="Times New Roman"/>
              </w:rPr>
              <w:t>боротьби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  <w:r w:rsidRPr="002C5810">
              <w:rPr>
                <w:rFonts w:cs="Times New Roman"/>
              </w:rPr>
              <w:t xml:space="preserve"> 6-8 </w:t>
            </w:r>
            <w:proofErr w:type="spellStart"/>
            <w:r w:rsidRPr="002C5810">
              <w:rPr>
                <w:rFonts w:cs="Times New Roman"/>
              </w:rPr>
              <w:t>жовтня</w:t>
            </w:r>
            <w:proofErr w:type="spellEnd"/>
            <w:r w:rsidRPr="002C5810">
              <w:rPr>
                <w:rFonts w:cs="Times New Roman"/>
              </w:rPr>
              <w:t xml:space="preserve"> м. </w:t>
            </w:r>
            <w:proofErr w:type="spellStart"/>
            <w:r w:rsidRPr="002C5810">
              <w:rPr>
                <w:rFonts w:cs="Times New Roman"/>
              </w:rPr>
              <w:t>Черкаси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C05B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110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2AD7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5465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60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7BCF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Бокеєв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І. А. </w:t>
            </w:r>
            <w:proofErr w:type="spellStart"/>
            <w:r w:rsidRPr="002C5810">
              <w:rPr>
                <w:rFonts w:cs="Times New Roman"/>
                <w:lang w:val="ru-RU"/>
              </w:rPr>
              <w:t>Лазарець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В. І.</w:t>
            </w:r>
          </w:p>
        </w:tc>
      </w:tr>
      <w:tr w:rsidR="002C5810" w:rsidRPr="002C5810" w14:paraId="3F7CAA66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417C" w14:textId="77777777" w:rsidR="00F659EE" w:rsidRPr="002C5810" w:rsidRDefault="00F659EE">
            <w:pPr>
              <w:rPr>
                <w:rFonts w:cs="Times New Roman"/>
                <w:lang w:val="ru-RU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F57C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5BCE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CBCD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17)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Хмельницький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04-06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квітня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2268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110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CCB1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8521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334E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Бокеєв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І. А. </w:t>
            </w:r>
            <w:proofErr w:type="spellStart"/>
            <w:r w:rsidRPr="002C5810">
              <w:rPr>
                <w:rFonts w:cs="Times New Roman"/>
                <w:lang w:val="ru-RU"/>
              </w:rPr>
              <w:t>Лазарець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В. І.</w:t>
            </w:r>
          </w:p>
        </w:tc>
      </w:tr>
      <w:tr w:rsidR="002C5810" w:rsidRPr="002C5810" w14:paraId="2273939E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D276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7)</w:t>
            </w:r>
            <w:proofErr w:type="spellStart"/>
            <w:r w:rsidRPr="002C5810">
              <w:rPr>
                <w:rFonts w:cs="Times New Roman"/>
              </w:rPr>
              <w:t>Михавко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Марко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D6AD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9493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8A31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Чемпіонат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України</w:t>
            </w:r>
            <w:proofErr w:type="spellEnd"/>
            <w:r w:rsidRPr="002C5810">
              <w:rPr>
                <w:rFonts w:cs="Times New Roman"/>
              </w:rPr>
              <w:t xml:space="preserve"> (U20) з </w:t>
            </w:r>
            <w:proofErr w:type="spellStart"/>
            <w:r w:rsidRPr="002C5810">
              <w:rPr>
                <w:rFonts w:cs="Times New Roman"/>
              </w:rPr>
              <w:t>боротьби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  <w:r w:rsidRPr="002C5810">
              <w:rPr>
                <w:rFonts w:cs="Times New Roman"/>
              </w:rPr>
              <w:t xml:space="preserve"> м. </w:t>
            </w:r>
            <w:proofErr w:type="spellStart"/>
            <w:r w:rsidRPr="002C5810">
              <w:rPr>
                <w:rFonts w:cs="Times New Roman"/>
              </w:rPr>
              <w:t>Тернопіль</w:t>
            </w:r>
            <w:proofErr w:type="spellEnd"/>
            <w:r w:rsidRPr="002C5810">
              <w:rPr>
                <w:rFonts w:cs="Times New Roman"/>
              </w:rPr>
              <w:t xml:space="preserve"> 25-27 </w:t>
            </w:r>
            <w:proofErr w:type="spellStart"/>
            <w:r w:rsidRPr="002C5810">
              <w:rPr>
                <w:rFonts w:cs="Times New Roman"/>
              </w:rPr>
              <w:t>квітня</w:t>
            </w:r>
            <w:proofErr w:type="spellEnd"/>
            <w:r w:rsidRPr="002C5810">
              <w:rPr>
                <w:rFonts w:cs="Times New Roman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5BE1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55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BE06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CC9D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100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741B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Кашуба Д. Ю. </w:t>
            </w:r>
            <w:proofErr w:type="spellStart"/>
            <w:r w:rsidRPr="002C5810">
              <w:rPr>
                <w:rFonts w:cs="Times New Roman"/>
                <w:lang w:val="ru-RU"/>
              </w:rPr>
              <w:t>Лазарець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В. І.</w:t>
            </w:r>
          </w:p>
        </w:tc>
      </w:tr>
      <w:tr w:rsidR="002C5810" w:rsidRPr="002C5810" w14:paraId="44D1E815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E432" w14:textId="77777777" w:rsidR="00F659EE" w:rsidRPr="002C5810" w:rsidRDefault="00F659EE">
            <w:pPr>
              <w:rPr>
                <w:rFonts w:cs="Times New Roman"/>
                <w:lang w:val="ru-RU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3D29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366C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8FB3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17)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Хмельницький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04-06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квітня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7DEC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55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B3E7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A352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6B0A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Кашуба Д. Ю. </w:t>
            </w:r>
            <w:proofErr w:type="spellStart"/>
            <w:r w:rsidRPr="002C5810">
              <w:rPr>
                <w:rFonts w:cs="Times New Roman"/>
                <w:lang w:val="ru-RU"/>
              </w:rPr>
              <w:t>Лазарець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В. І.</w:t>
            </w:r>
          </w:p>
        </w:tc>
      </w:tr>
      <w:tr w:rsidR="002C5810" w:rsidRPr="002C5810" w14:paraId="3D84860A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38EF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8)</w:t>
            </w:r>
            <w:proofErr w:type="spellStart"/>
            <w:r w:rsidRPr="002C5810">
              <w:rPr>
                <w:rFonts w:cs="Times New Roman"/>
              </w:rPr>
              <w:t>Шлапак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Сергій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F15A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034E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999C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17)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Хмельницький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04-06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квітня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BA16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48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8B40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E500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072B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Марач</w:t>
            </w:r>
            <w:proofErr w:type="spellEnd"/>
            <w:r w:rsidRPr="002C5810">
              <w:rPr>
                <w:rFonts w:cs="Times New Roman"/>
              </w:rPr>
              <w:t xml:space="preserve"> В. О.</w:t>
            </w:r>
          </w:p>
        </w:tc>
      </w:tr>
      <w:tr w:rsidR="002C5810" w:rsidRPr="002C5810" w14:paraId="588B650E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0FDE" w14:textId="77777777" w:rsidR="00F659EE" w:rsidRPr="002C5810" w:rsidRDefault="00F659EE">
            <w:pPr>
              <w:rPr>
                <w:rFonts w:cs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7025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13A2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FFAD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15)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Тячів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14-16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травня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50D1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48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018B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245D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60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D456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Марач</w:t>
            </w:r>
            <w:proofErr w:type="spellEnd"/>
            <w:r w:rsidRPr="002C5810">
              <w:rPr>
                <w:rFonts w:cs="Times New Roman"/>
              </w:rPr>
              <w:t xml:space="preserve"> В. О.</w:t>
            </w:r>
          </w:p>
        </w:tc>
      </w:tr>
      <w:tr w:rsidR="002C5810" w:rsidRPr="002C5810" w14:paraId="455C8668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B6A7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9)</w:t>
            </w:r>
            <w:proofErr w:type="spellStart"/>
            <w:r w:rsidRPr="002C5810">
              <w:rPr>
                <w:rFonts w:cs="Times New Roman"/>
              </w:rPr>
              <w:t>Соловйов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lastRenderedPageBreak/>
              <w:t>Ілля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2C6F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lastRenderedPageBreak/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A3A0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</w:t>
            </w:r>
            <w:r w:rsidRPr="002C5810">
              <w:rPr>
                <w:rFonts w:cs="Times New Roman"/>
              </w:rPr>
              <w:lastRenderedPageBreak/>
              <w:t>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EA00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lastRenderedPageBreak/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17)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r w:rsidRPr="002C5810">
              <w:rPr>
                <w:rFonts w:cs="Times New Roman"/>
                <w:lang w:val="ru-RU"/>
              </w:rPr>
              <w:lastRenderedPageBreak/>
              <w:t>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Хмельницький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04-06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квітня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B04E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lastRenderedPageBreak/>
              <w:t xml:space="preserve">65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83EB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9136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78FE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Скалига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І. А. </w:t>
            </w:r>
            <w:r w:rsidRPr="002C5810">
              <w:rPr>
                <w:rFonts w:cs="Times New Roman"/>
                <w:lang w:val="ru-RU"/>
              </w:rPr>
              <w:lastRenderedPageBreak/>
              <w:t>Литвинчук М. О.</w:t>
            </w:r>
          </w:p>
        </w:tc>
      </w:tr>
      <w:tr w:rsidR="002C5810" w:rsidRPr="002C5810" w14:paraId="3EF05226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1681" w14:textId="77777777" w:rsidR="00F659EE" w:rsidRPr="002C5810" w:rsidRDefault="00F659EE">
            <w:pPr>
              <w:rPr>
                <w:rFonts w:cs="Times New Roman"/>
                <w:lang w:val="ru-RU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1AB8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E61A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4471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Чемпіонат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України</w:t>
            </w:r>
            <w:proofErr w:type="spellEnd"/>
            <w:r w:rsidRPr="002C5810">
              <w:rPr>
                <w:rFonts w:cs="Times New Roman"/>
              </w:rPr>
              <w:t xml:space="preserve"> (U20) з </w:t>
            </w:r>
            <w:proofErr w:type="spellStart"/>
            <w:r w:rsidRPr="002C5810">
              <w:rPr>
                <w:rFonts w:cs="Times New Roman"/>
              </w:rPr>
              <w:t>боротьби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  <w:r w:rsidRPr="002C5810">
              <w:rPr>
                <w:rFonts w:cs="Times New Roman"/>
              </w:rPr>
              <w:t xml:space="preserve"> м. </w:t>
            </w:r>
            <w:proofErr w:type="spellStart"/>
            <w:r w:rsidRPr="002C5810">
              <w:rPr>
                <w:rFonts w:cs="Times New Roman"/>
              </w:rPr>
              <w:t>Тернопіль</w:t>
            </w:r>
            <w:proofErr w:type="spellEnd"/>
            <w:r w:rsidRPr="002C5810">
              <w:rPr>
                <w:rFonts w:cs="Times New Roman"/>
              </w:rPr>
              <w:t xml:space="preserve"> 25-27 </w:t>
            </w:r>
            <w:proofErr w:type="spellStart"/>
            <w:r w:rsidRPr="002C5810">
              <w:rPr>
                <w:rFonts w:cs="Times New Roman"/>
              </w:rPr>
              <w:t>квітня</w:t>
            </w:r>
            <w:proofErr w:type="spellEnd"/>
            <w:r w:rsidRPr="002C5810">
              <w:rPr>
                <w:rFonts w:cs="Times New Roman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8A74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67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5117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CE1A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30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80C2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Скалига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І. А. Литвинчук М. О.</w:t>
            </w:r>
          </w:p>
        </w:tc>
      </w:tr>
      <w:tr w:rsidR="002C5810" w:rsidRPr="002C5810" w14:paraId="41767424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5678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10)</w:t>
            </w:r>
            <w:proofErr w:type="spellStart"/>
            <w:r w:rsidRPr="002C5810">
              <w:rPr>
                <w:rFonts w:cs="Times New Roman"/>
              </w:rPr>
              <w:t>Солодчук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Владислав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0B31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Динамо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2938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420E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Чемпіонат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України</w:t>
            </w:r>
            <w:proofErr w:type="spellEnd"/>
            <w:r w:rsidRPr="002C5810">
              <w:rPr>
                <w:rFonts w:cs="Times New Roman"/>
              </w:rPr>
              <w:t xml:space="preserve"> (U23) з </w:t>
            </w:r>
            <w:proofErr w:type="spellStart"/>
            <w:r w:rsidRPr="002C5810">
              <w:rPr>
                <w:rFonts w:cs="Times New Roman"/>
              </w:rPr>
              <w:t>боротьби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  <w:r w:rsidRPr="002C5810">
              <w:rPr>
                <w:rFonts w:cs="Times New Roman"/>
              </w:rPr>
              <w:t xml:space="preserve"> м. </w:t>
            </w:r>
            <w:proofErr w:type="spellStart"/>
            <w:r w:rsidRPr="002C5810">
              <w:rPr>
                <w:rFonts w:cs="Times New Roman"/>
              </w:rPr>
              <w:t>Мукачево</w:t>
            </w:r>
            <w:proofErr w:type="spellEnd"/>
            <w:r w:rsidRPr="002C5810">
              <w:rPr>
                <w:rFonts w:cs="Times New Roman"/>
              </w:rPr>
              <w:t xml:space="preserve"> 24-26 </w:t>
            </w:r>
            <w:proofErr w:type="spellStart"/>
            <w:r w:rsidRPr="002C5810">
              <w:rPr>
                <w:rFonts w:cs="Times New Roman"/>
              </w:rPr>
              <w:t>січня</w:t>
            </w:r>
            <w:proofErr w:type="spellEnd"/>
            <w:r w:rsidRPr="002C5810">
              <w:rPr>
                <w:rFonts w:cs="Times New Roman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DE8A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87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2A99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20F2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60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DD60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Литвинчук М. О. </w:t>
            </w:r>
            <w:proofErr w:type="spellStart"/>
            <w:r w:rsidRPr="002C5810">
              <w:rPr>
                <w:rFonts w:cs="Times New Roman"/>
                <w:lang w:val="ru-RU"/>
              </w:rPr>
              <w:t>Скалига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І. А.</w:t>
            </w:r>
          </w:p>
        </w:tc>
      </w:tr>
      <w:tr w:rsidR="002C5810" w:rsidRPr="002C5810" w14:paraId="777A4CE8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57D3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11)</w:t>
            </w:r>
            <w:proofErr w:type="spellStart"/>
            <w:r w:rsidRPr="002C5810">
              <w:rPr>
                <w:rFonts w:cs="Times New Roman"/>
              </w:rPr>
              <w:t>Голубовський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Мар'ян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3630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Динамо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7EB8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23EC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Чемпіонат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України</w:t>
            </w:r>
            <w:proofErr w:type="spellEnd"/>
            <w:r w:rsidRPr="002C5810">
              <w:rPr>
                <w:rFonts w:cs="Times New Roman"/>
              </w:rPr>
              <w:t xml:space="preserve"> (U23) з </w:t>
            </w:r>
            <w:proofErr w:type="spellStart"/>
            <w:r w:rsidRPr="002C5810">
              <w:rPr>
                <w:rFonts w:cs="Times New Roman"/>
              </w:rPr>
              <w:t>боротьби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  <w:r w:rsidRPr="002C5810">
              <w:rPr>
                <w:rFonts w:cs="Times New Roman"/>
              </w:rPr>
              <w:t xml:space="preserve"> м. </w:t>
            </w:r>
            <w:proofErr w:type="spellStart"/>
            <w:r w:rsidRPr="002C5810">
              <w:rPr>
                <w:rFonts w:cs="Times New Roman"/>
              </w:rPr>
              <w:t>Мукачево</w:t>
            </w:r>
            <w:proofErr w:type="spellEnd"/>
            <w:r w:rsidRPr="002C5810">
              <w:rPr>
                <w:rFonts w:cs="Times New Roman"/>
              </w:rPr>
              <w:t xml:space="preserve"> 24-26 </w:t>
            </w:r>
            <w:proofErr w:type="spellStart"/>
            <w:r w:rsidRPr="002C5810">
              <w:rPr>
                <w:rFonts w:cs="Times New Roman"/>
              </w:rPr>
              <w:t>січня</w:t>
            </w:r>
            <w:proofErr w:type="spellEnd"/>
            <w:r w:rsidRPr="002C5810">
              <w:rPr>
                <w:rFonts w:cs="Times New Roman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EEB9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72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0ED1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3912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60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5CE0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>Литвинчук М. О. Коновальчук П. М.</w:t>
            </w:r>
          </w:p>
        </w:tc>
      </w:tr>
      <w:tr w:rsidR="002C5810" w:rsidRPr="002C5810" w14:paraId="47894AFA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44E9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12)</w:t>
            </w:r>
            <w:proofErr w:type="spellStart"/>
            <w:r w:rsidRPr="002C5810">
              <w:rPr>
                <w:rFonts w:cs="Times New Roman"/>
              </w:rPr>
              <w:t>Атанасов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Андрій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7662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8256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1D4B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15)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Тячів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14-16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травня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B06C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85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E179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A84F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60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D83C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Марач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В. О., </w:t>
            </w:r>
            <w:proofErr w:type="spellStart"/>
            <w:r w:rsidRPr="002C5810">
              <w:rPr>
                <w:rFonts w:cs="Times New Roman"/>
                <w:lang w:val="ru-RU"/>
              </w:rPr>
              <w:t>Луцов′ят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В. А.</w:t>
            </w:r>
          </w:p>
        </w:tc>
      </w:tr>
      <w:tr w:rsidR="002C5810" w:rsidRPr="002C5810" w14:paraId="47B57935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2C10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13)</w:t>
            </w:r>
            <w:proofErr w:type="spellStart"/>
            <w:r w:rsidRPr="002C5810">
              <w:rPr>
                <w:rFonts w:cs="Times New Roman"/>
              </w:rPr>
              <w:t>Лисюк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Сергій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5A73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Динамо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B257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6ECC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Кубок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з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Південне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4-7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травня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74FB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55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9819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EBE5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30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90D9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Нагорний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П. В. Литвинчук М. О.</w:t>
            </w:r>
          </w:p>
        </w:tc>
      </w:tr>
      <w:tr w:rsidR="002C5810" w:rsidRPr="002C5810" w14:paraId="75280B9B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B036" w14:textId="77777777" w:rsidR="00F659EE" w:rsidRPr="002C5810" w:rsidRDefault="00F659EE">
            <w:pPr>
              <w:rPr>
                <w:rFonts w:cs="Times New Roman"/>
                <w:lang w:val="ru-RU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C5D0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66E7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5116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ЧЕМПІОНАТ УКРАЇНИ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28-30.11.2025 м. </w:t>
            </w:r>
            <w:proofErr w:type="spellStart"/>
            <w:r w:rsidRPr="002C5810">
              <w:rPr>
                <w:rFonts w:cs="Times New Roman"/>
                <w:lang w:val="ru-RU"/>
              </w:rPr>
              <w:t>Київ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7011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55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030F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29D8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25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23AE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Нагорний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П. В. Литвинчук М. О.</w:t>
            </w:r>
          </w:p>
        </w:tc>
      </w:tr>
      <w:tr w:rsidR="002C5810" w:rsidRPr="002C5810" w14:paraId="269C0901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32E2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14)</w:t>
            </w:r>
            <w:proofErr w:type="spellStart"/>
            <w:r w:rsidRPr="002C5810">
              <w:rPr>
                <w:rFonts w:cs="Times New Roman"/>
              </w:rPr>
              <w:t>Чиж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Дмитро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C3D2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2037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980C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17)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Хмельницький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04-</w:t>
            </w:r>
            <w:r w:rsidRPr="002C5810">
              <w:rPr>
                <w:rFonts w:cs="Times New Roman"/>
                <w:lang w:val="ru-RU"/>
              </w:rPr>
              <w:lastRenderedPageBreak/>
              <w:t>06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квітня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FBCC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lastRenderedPageBreak/>
              <w:t xml:space="preserve">60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8944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CC78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FE79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Скалига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І. А. Литвинчук М. О.</w:t>
            </w:r>
          </w:p>
        </w:tc>
      </w:tr>
      <w:tr w:rsidR="002C5810" w:rsidRPr="002C5810" w14:paraId="5B0F3050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2E0D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15)</w:t>
            </w:r>
            <w:proofErr w:type="spellStart"/>
            <w:r w:rsidRPr="002C5810">
              <w:rPr>
                <w:rFonts w:cs="Times New Roman"/>
              </w:rPr>
              <w:t>Біньковський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Денис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7587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767D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66F7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Чемпіонат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України</w:t>
            </w:r>
            <w:proofErr w:type="spellEnd"/>
            <w:r w:rsidRPr="002C5810">
              <w:rPr>
                <w:rFonts w:cs="Times New Roman"/>
              </w:rPr>
              <w:t xml:space="preserve"> (U16) </w:t>
            </w:r>
            <w:proofErr w:type="spellStart"/>
            <w:r w:rsidRPr="002C5810">
              <w:rPr>
                <w:rFonts w:cs="Times New Roman"/>
              </w:rPr>
              <w:t>пам'яті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Івана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Піддубного</w:t>
            </w:r>
            <w:proofErr w:type="spellEnd"/>
            <w:r w:rsidRPr="002C5810">
              <w:rPr>
                <w:rFonts w:cs="Times New Roman"/>
              </w:rPr>
              <w:t xml:space="preserve"> з </w:t>
            </w:r>
            <w:proofErr w:type="spellStart"/>
            <w:r w:rsidRPr="002C5810">
              <w:rPr>
                <w:rFonts w:cs="Times New Roman"/>
              </w:rPr>
              <w:t>боротьби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  <w:r w:rsidRPr="002C5810">
              <w:rPr>
                <w:rFonts w:cs="Times New Roman"/>
              </w:rPr>
              <w:t xml:space="preserve"> 6-8 </w:t>
            </w:r>
            <w:proofErr w:type="spellStart"/>
            <w:r w:rsidRPr="002C5810">
              <w:rPr>
                <w:rFonts w:cs="Times New Roman"/>
              </w:rPr>
              <w:t>жовтня</w:t>
            </w:r>
            <w:proofErr w:type="spellEnd"/>
            <w:r w:rsidRPr="002C5810">
              <w:rPr>
                <w:rFonts w:cs="Times New Roman"/>
              </w:rPr>
              <w:t xml:space="preserve"> м. </w:t>
            </w:r>
            <w:proofErr w:type="spellStart"/>
            <w:r w:rsidRPr="002C5810">
              <w:rPr>
                <w:rFonts w:cs="Times New Roman"/>
              </w:rPr>
              <w:t>Черкаси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C521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92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740F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1A99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2D6E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Кичан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Є. В.              Артюх Д. В.</w:t>
            </w:r>
          </w:p>
        </w:tc>
      </w:tr>
      <w:tr w:rsidR="002C5810" w:rsidRPr="002C5810" w14:paraId="34285CA2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5A02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16)</w:t>
            </w:r>
            <w:proofErr w:type="spellStart"/>
            <w:r w:rsidRPr="002C5810">
              <w:rPr>
                <w:rFonts w:cs="Times New Roman"/>
              </w:rPr>
              <w:t>Желобков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Артем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F39E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B5A9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F640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Чемпіонат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України</w:t>
            </w:r>
            <w:proofErr w:type="spellEnd"/>
            <w:r w:rsidRPr="002C5810">
              <w:rPr>
                <w:rFonts w:cs="Times New Roman"/>
              </w:rPr>
              <w:t xml:space="preserve"> (U16) </w:t>
            </w:r>
            <w:proofErr w:type="spellStart"/>
            <w:r w:rsidRPr="002C5810">
              <w:rPr>
                <w:rFonts w:cs="Times New Roman"/>
              </w:rPr>
              <w:t>пам'яті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Івана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Піддубного</w:t>
            </w:r>
            <w:proofErr w:type="spellEnd"/>
            <w:r w:rsidRPr="002C5810">
              <w:rPr>
                <w:rFonts w:cs="Times New Roman"/>
              </w:rPr>
              <w:t xml:space="preserve"> з </w:t>
            </w:r>
            <w:proofErr w:type="spellStart"/>
            <w:r w:rsidRPr="002C5810">
              <w:rPr>
                <w:rFonts w:cs="Times New Roman"/>
              </w:rPr>
              <w:t>боротьби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  <w:r w:rsidRPr="002C5810">
              <w:rPr>
                <w:rFonts w:cs="Times New Roman"/>
              </w:rPr>
              <w:t xml:space="preserve"> 6-8 </w:t>
            </w:r>
            <w:proofErr w:type="spellStart"/>
            <w:r w:rsidRPr="002C5810">
              <w:rPr>
                <w:rFonts w:cs="Times New Roman"/>
              </w:rPr>
              <w:t>жовтня</w:t>
            </w:r>
            <w:proofErr w:type="spellEnd"/>
            <w:r w:rsidRPr="002C5810">
              <w:rPr>
                <w:rFonts w:cs="Times New Roman"/>
              </w:rPr>
              <w:t xml:space="preserve"> м. </w:t>
            </w:r>
            <w:proofErr w:type="spellStart"/>
            <w:r w:rsidRPr="002C5810">
              <w:rPr>
                <w:rFonts w:cs="Times New Roman"/>
              </w:rPr>
              <w:t>Черкаси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D7A1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60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2849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4878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F62A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Марач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В. О. </w:t>
            </w:r>
            <w:proofErr w:type="spellStart"/>
            <w:r w:rsidRPr="002C5810">
              <w:rPr>
                <w:rFonts w:cs="Times New Roman"/>
                <w:lang w:val="ru-RU"/>
              </w:rPr>
              <w:t>Марковець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А. І.</w:t>
            </w:r>
          </w:p>
        </w:tc>
      </w:tr>
      <w:tr w:rsidR="002C5810" w:rsidRPr="002C5810" w14:paraId="35FEE240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831A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17)</w:t>
            </w:r>
            <w:proofErr w:type="spellStart"/>
            <w:r w:rsidRPr="002C5810">
              <w:rPr>
                <w:rFonts w:cs="Times New Roman"/>
              </w:rPr>
              <w:t>Єгоров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Йонатан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4486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Динамо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BED8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291A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13)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Долина </w:t>
            </w:r>
            <w:proofErr w:type="gramStart"/>
            <w:r w:rsidRPr="002C5810">
              <w:rPr>
                <w:rFonts w:cs="Times New Roman"/>
                <w:lang w:val="ru-RU"/>
              </w:rPr>
              <w:t>11-14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вересеня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B2F8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29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BCD7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81C3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E0C6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Скалига</w:t>
            </w:r>
            <w:proofErr w:type="spellEnd"/>
            <w:r w:rsidRPr="002C5810">
              <w:rPr>
                <w:rFonts w:cs="Times New Roman"/>
              </w:rPr>
              <w:t xml:space="preserve"> І. А. </w:t>
            </w:r>
          </w:p>
        </w:tc>
      </w:tr>
      <w:tr w:rsidR="002C5810" w:rsidRPr="002C5810" w14:paraId="2FAEB1E6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81A7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18)</w:t>
            </w:r>
            <w:proofErr w:type="spellStart"/>
            <w:r w:rsidRPr="002C5810">
              <w:rPr>
                <w:rFonts w:cs="Times New Roman"/>
              </w:rPr>
              <w:t>Рильник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Станіслав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9352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9EB6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7193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Чемпіонат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України</w:t>
            </w:r>
            <w:proofErr w:type="spellEnd"/>
            <w:r w:rsidRPr="002C5810">
              <w:rPr>
                <w:rFonts w:cs="Times New Roman"/>
              </w:rPr>
              <w:t xml:space="preserve"> (U23) з </w:t>
            </w:r>
            <w:proofErr w:type="spellStart"/>
            <w:r w:rsidRPr="002C5810">
              <w:rPr>
                <w:rFonts w:cs="Times New Roman"/>
              </w:rPr>
              <w:t>боротьби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  <w:r w:rsidRPr="002C5810">
              <w:rPr>
                <w:rFonts w:cs="Times New Roman"/>
              </w:rPr>
              <w:t xml:space="preserve"> м. </w:t>
            </w:r>
            <w:proofErr w:type="spellStart"/>
            <w:r w:rsidRPr="002C5810">
              <w:rPr>
                <w:rFonts w:cs="Times New Roman"/>
              </w:rPr>
              <w:t>Мукачево</w:t>
            </w:r>
            <w:proofErr w:type="spellEnd"/>
            <w:r w:rsidRPr="002C5810">
              <w:rPr>
                <w:rFonts w:cs="Times New Roman"/>
              </w:rPr>
              <w:t xml:space="preserve"> 24-26 </w:t>
            </w:r>
            <w:proofErr w:type="spellStart"/>
            <w:r w:rsidRPr="002C5810">
              <w:rPr>
                <w:rFonts w:cs="Times New Roman"/>
              </w:rPr>
              <w:t>січня</w:t>
            </w:r>
            <w:proofErr w:type="spellEnd"/>
            <w:r w:rsidRPr="002C5810">
              <w:rPr>
                <w:rFonts w:cs="Times New Roman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FCDB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67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1921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C9FA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40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3E22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Белаш</w:t>
            </w:r>
            <w:proofErr w:type="spellEnd"/>
            <w:r w:rsidRPr="002C5810">
              <w:rPr>
                <w:rFonts w:cs="Times New Roman"/>
              </w:rPr>
              <w:t xml:space="preserve"> П. І. </w:t>
            </w:r>
          </w:p>
        </w:tc>
      </w:tr>
      <w:tr w:rsidR="002C5810" w:rsidRPr="002C5810" w14:paraId="140A8E03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903B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19)</w:t>
            </w:r>
            <w:proofErr w:type="spellStart"/>
            <w:r w:rsidRPr="002C5810">
              <w:rPr>
                <w:rFonts w:cs="Times New Roman"/>
              </w:rPr>
              <w:t>Мисюк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Юрій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12CE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4DD7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0541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17)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Хмельницький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04-06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квітня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416B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45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5F31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B2EA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20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AC3A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Марач</w:t>
            </w:r>
            <w:proofErr w:type="spellEnd"/>
            <w:r w:rsidRPr="002C5810">
              <w:rPr>
                <w:rFonts w:cs="Times New Roman"/>
              </w:rPr>
              <w:t xml:space="preserve"> В.О.</w:t>
            </w:r>
          </w:p>
        </w:tc>
      </w:tr>
      <w:tr w:rsidR="002C5810" w:rsidRPr="002C5810" w14:paraId="5ED508AD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D4FD" w14:textId="77777777" w:rsidR="00F659EE" w:rsidRPr="002C5810" w:rsidRDefault="00F659EE">
            <w:pPr>
              <w:rPr>
                <w:rFonts w:cs="Times New Roman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EE30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8013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5489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15)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Тячів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14-16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травня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DA84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44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F67D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C8B1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F962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Марач</w:t>
            </w:r>
            <w:proofErr w:type="spellEnd"/>
            <w:r w:rsidRPr="002C5810">
              <w:rPr>
                <w:rFonts w:cs="Times New Roman"/>
              </w:rPr>
              <w:t xml:space="preserve"> В.О.</w:t>
            </w:r>
          </w:p>
        </w:tc>
      </w:tr>
      <w:tr w:rsidR="002C5810" w:rsidRPr="002C5810" w14:paraId="21DD1B2F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CC5C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20)</w:t>
            </w:r>
            <w:proofErr w:type="spellStart"/>
            <w:r w:rsidRPr="002C5810">
              <w:rPr>
                <w:rFonts w:cs="Times New Roman"/>
              </w:rPr>
              <w:t>Стретович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Юрій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B465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71C3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3568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15)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Тячів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14-16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травня </w:t>
            </w:r>
            <w:r w:rsidRPr="002C5810">
              <w:rPr>
                <w:rFonts w:cs="Times New Roman"/>
                <w:lang w:val="ru-RU"/>
              </w:rPr>
              <w:lastRenderedPageBreak/>
              <w:t>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C262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lastRenderedPageBreak/>
              <w:t xml:space="preserve">57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D6C9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A4CD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3243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Петришин Я. В. </w:t>
            </w:r>
            <w:proofErr w:type="spellStart"/>
            <w:r w:rsidRPr="002C5810">
              <w:rPr>
                <w:rFonts w:cs="Times New Roman"/>
                <w:lang w:val="ru-RU"/>
              </w:rPr>
              <w:t>Ладоненко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І. М.</w:t>
            </w:r>
          </w:p>
        </w:tc>
      </w:tr>
      <w:tr w:rsidR="002C5810" w:rsidRPr="002C5810" w14:paraId="3441E932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A873" w14:textId="77777777" w:rsidR="00F659EE" w:rsidRPr="002C5810" w:rsidRDefault="00F659EE">
            <w:pPr>
              <w:rPr>
                <w:rFonts w:cs="Times New Roman"/>
                <w:lang w:val="ru-RU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1D77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4854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A027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17)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Хмельницький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04-06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квітня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9F47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55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5FF4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E277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CC5F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Петришин Я. В. </w:t>
            </w:r>
            <w:proofErr w:type="spellStart"/>
            <w:r w:rsidRPr="002C5810">
              <w:rPr>
                <w:rFonts w:cs="Times New Roman"/>
                <w:lang w:val="ru-RU"/>
              </w:rPr>
              <w:t>Ладоненко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І. М.</w:t>
            </w:r>
          </w:p>
        </w:tc>
      </w:tr>
      <w:tr w:rsidR="002C5810" w:rsidRPr="002C5810" w14:paraId="7286901C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01DF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21)</w:t>
            </w:r>
            <w:proofErr w:type="spellStart"/>
            <w:r w:rsidRPr="002C5810">
              <w:rPr>
                <w:rFonts w:cs="Times New Roman"/>
              </w:rPr>
              <w:t>Гоч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Андрій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B8A0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Динамо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D28D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51F2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Кубок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з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Південне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4-7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травня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B23D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77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BBC7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B788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20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A802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Литвинчук</w:t>
            </w:r>
            <w:proofErr w:type="spellEnd"/>
            <w:r w:rsidRPr="002C5810">
              <w:rPr>
                <w:rFonts w:cs="Times New Roman"/>
              </w:rPr>
              <w:t xml:space="preserve"> М. О.</w:t>
            </w:r>
          </w:p>
        </w:tc>
      </w:tr>
      <w:tr w:rsidR="002C5810" w:rsidRPr="002C5810" w14:paraId="799C247F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7C4E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22)</w:t>
            </w:r>
            <w:proofErr w:type="spellStart"/>
            <w:r w:rsidRPr="002C5810">
              <w:rPr>
                <w:rFonts w:cs="Times New Roman"/>
              </w:rPr>
              <w:t>Тихончук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Михайло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992C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08D8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3AD5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17)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Хмельницький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04-06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квітня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DA97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51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AB33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7CED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48D1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Тихончук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В. С. </w:t>
            </w:r>
            <w:proofErr w:type="spellStart"/>
            <w:r w:rsidRPr="002C5810">
              <w:rPr>
                <w:rFonts w:cs="Times New Roman"/>
                <w:lang w:val="ru-RU"/>
              </w:rPr>
              <w:t>Бокеєв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І. А.</w:t>
            </w:r>
          </w:p>
        </w:tc>
      </w:tr>
      <w:tr w:rsidR="002C5810" w:rsidRPr="002C5810" w14:paraId="17BE6BF8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1BBD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23)</w:t>
            </w:r>
            <w:proofErr w:type="spellStart"/>
            <w:r w:rsidRPr="002C5810">
              <w:rPr>
                <w:rFonts w:cs="Times New Roman"/>
              </w:rPr>
              <w:t>Кокорило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Денис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0863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9901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8970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17)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Хмельницький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04-06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квітня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71DD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48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25DD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5C9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F54B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>Артюх Д. В.  Лазарчук Д. Г.</w:t>
            </w:r>
          </w:p>
        </w:tc>
      </w:tr>
      <w:tr w:rsidR="002C5810" w:rsidRPr="002C5810" w14:paraId="0AB74094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B9F2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24)</w:t>
            </w:r>
            <w:proofErr w:type="spellStart"/>
            <w:r w:rsidRPr="002C5810">
              <w:rPr>
                <w:rFonts w:cs="Times New Roman"/>
              </w:rPr>
              <w:t>Кинали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Ярослав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633C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ДЮСШ №1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EB6A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E34D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Чемпіонат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України</w:t>
            </w:r>
            <w:proofErr w:type="spellEnd"/>
            <w:r w:rsidRPr="002C5810">
              <w:rPr>
                <w:rFonts w:cs="Times New Roman"/>
              </w:rPr>
              <w:t xml:space="preserve"> (U16) </w:t>
            </w:r>
            <w:proofErr w:type="spellStart"/>
            <w:r w:rsidRPr="002C5810">
              <w:rPr>
                <w:rFonts w:cs="Times New Roman"/>
              </w:rPr>
              <w:t>пам'яті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Івана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Піддубного</w:t>
            </w:r>
            <w:proofErr w:type="spellEnd"/>
            <w:r w:rsidRPr="002C5810">
              <w:rPr>
                <w:rFonts w:cs="Times New Roman"/>
              </w:rPr>
              <w:t xml:space="preserve"> з </w:t>
            </w:r>
            <w:proofErr w:type="spellStart"/>
            <w:r w:rsidRPr="002C5810">
              <w:rPr>
                <w:rFonts w:cs="Times New Roman"/>
              </w:rPr>
              <w:t>боротьби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  <w:r w:rsidRPr="002C5810">
              <w:rPr>
                <w:rFonts w:cs="Times New Roman"/>
              </w:rPr>
              <w:t xml:space="preserve"> 6-8 </w:t>
            </w:r>
            <w:proofErr w:type="spellStart"/>
            <w:r w:rsidRPr="002C5810">
              <w:rPr>
                <w:rFonts w:cs="Times New Roman"/>
              </w:rPr>
              <w:t>жовтня</w:t>
            </w:r>
            <w:proofErr w:type="spellEnd"/>
            <w:r w:rsidRPr="002C5810">
              <w:rPr>
                <w:rFonts w:cs="Times New Roman"/>
              </w:rPr>
              <w:t xml:space="preserve"> м. </w:t>
            </w:r>
            <w:proofErr w:type="spellStart"/>
            <w:r w:rsidRPr="002C5810">
              <w:rPr>
                <w:rFonts w:cs="Times New Roman"/>
              </w:rPr>
              <w:t>Черкаси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D7BF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45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6B89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6CF7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25DC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Скалига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І. А. Литвинчук М. О.</w:t>
            </w:r>
          </w:p>
        </w:tc>
      </w:tr>
      <w:tr w:rsidR="002C5810" w:rsidRPr="002C5810" w14:paraId="535394B0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2CB5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25)</w:t>
            </w:r>
            <w:proofErr w:type="spellStart"/>
            <w:r w:rsidRPr="002C5810">
              <w:rPr>
                <w:rFonts w:cs="Times New Roman"/>
              </w:rPr>
              <w:t>Кравчук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Євген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E569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B5D4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40D6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Чемпіонат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України</w:t>
            </w:r>
            <w:proofErr w:type="spellEnd"/>
            <w:r w:rsidRPr="002C5810">
              <w:rPr>
                <w:rFonts w:cs="Times New Roman"/>
              </w:rPr>
              <w:t xml:space="preserve"> (U16) </w:t>
            </w:r>
            <w:proofErr w:type="spellStart"/>
            <w:r w:rsidRPr="002C5810">
              <w:rPr>
                <w:rFonts w:cs="Times New Roman"/>
              </w:rPr>
              <w:t>пам'яті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Івана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Піддубного</w:t>
            </w:r>
            <w:proofErr w:type="spellEnd"/>
            <w:r w:rsidRPr="002C5810">
              <w:rPr>
                <w:rFonts w:cs="Times New Roman"/>
              </w:rPr>
              <w:t xml:space="preserve"> з </w:t>
            </w:r>
            <w:proofErr w:type="spellStart"/>
            <w:r w:rsidRPr="002C5810">
              <w:rPr>
                <w:rFonts w:cs="Times New Roman"/>
              </w:rPr>
              <w:t>боротьби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  <w:r w:rsidRPr="002C5810">
              <w:rPr>
                <w:rFonts w:cs="Times New Roman"/>
              </w:rPr>
              <w:t xml:space="preserve"> 6-8 </w:t>
            </w:r>
            <w:proofErr w:type="spellStart"/>
            <w:r w:rsidRPr="002C5810">
              <w:rPr>
                <w:rFonts w:cs="Times New Roman"/>
              </w:rPr>
              <w:t>жовтня</w:t>
            </w:r>
            <w:proofErr w:type="spellEnd"/>
            <w:r w:rsidRPr="002C5810">
              <w:rPr>
                <w:rFonts w:cs="Times New Roman"/>
              </w:rPr>
              <w:t xml:space="preserve"> м. </w:t>
            </w:r>
            <w:proofErr w:type="spellStart"/>
            <w:r w:rsidRPr="002C5810">
              <w:rPr>
                <w:rFonts w:cs="Times New Roman"/>
              </w:rPr>
              <w:t>Черкаси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1BC5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60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4016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7EEF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62BA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Скалига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І. А. Литвинчук М. О.</w:t>
            </w:r>
          </w:p>
        </w:tc>
      </w:tr>
      <w:tr w:rsidR="002C5810" w:rsidRPr="002C5810" w14:paraId="31C4ADFF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F935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 xml:space="preserve">26) </w:t>
            </w:r>
            <w:proofErr w:type="spellStart"/>
            <w:r w:rsidRPr="002C5810">
              <w:rPr>
                <w:rFonts w:cs="Times New Roman"/>
              </w:rPr>
              <w:t>Куклевський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Данило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34DA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Динамо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7DCA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8C1E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15)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Тячів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14-16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травня </w:t>
            </w:r>
            <w:r w:rsidRPr="002C5810">
              <w:rPr>
                <w:rFonts w:cs="Times New Roman"/>
                <w:lang w:val="ru-RU"/>
              </w:rPr>
              <w:lastRenderedPageBreak/>
              <w:t>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3DA7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lastRenderedPageBreak/>
              <w:t xml:space="preserve">62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18F1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B743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336B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Скалига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І. А. Литвинчук М. О.</w:t>
            </w:r>
          </w:p>
        </w:tc>
      </w:tr>
      <w:tr w:rsidR="002C5810" w:rsidRPr="002C5810" w14:paraId="3EFBFCD6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D0D3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27)</w:t>
            </w:r>
            <w:proofErr w:type="spellStart"/>
            <w:r w:rsidRPr="002C5810">
              <w:rPr>
                <w:rFonts w:cs="Times New Roman"/>
              </w:rPr>
              <w:t>Головач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Максим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098A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D9A3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0846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15)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Тячів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14-16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травня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38E7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38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B6BB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0258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BEB7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Марковець</w:t>
            </w:r>
            <w:proofErr w:type="spellEnd"/>
            <w:r w:rsidRPr="002C5810">
              <w:rPr>
                <w:rFonts w:cs="Times New Roman"/>
              </w:rPr>
              <w:t xml:space="preserve"> А. </w:t>
            </w:r>
            <w:proofErr w:type="spellStart"/>
            <w:r w:rsidRPr="002C5810">
              <w:rPr>
                <w:rFonts w:cs="Times New Roman"/>
              </w:rPr>
              <w:t>Лазарчук</w:t>
            </w:r>
            <w:proofErr w:type="spellEnd"/>
            <w:r w:rsidRPr="002C5810">
              <w:rPr>
                <w:rFonts w:cs="Times New Roman"/>
              </w:rPr>
              <w:t xml:space="preserve"> Д.</w:t>
            </w:r>
          </w:p>
        </w:tc>
      </w:tr>
      <w:tr w:rsidR="002C5810" w:rsidRPr="002C5810" w14:paraId="223BC484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78DA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28)</w:t>
            </w:r>
            <w:proofErr w:type="spellStart"/>
            <w:r w:rsidRPr="002C5810">
              <w:rPr>
                <w:rFonts w:cs="Times New Roman"/>
              </w:rPr>
              <w:t>Рудик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Роман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3E9B" w14:textId="77777777" w:rsidR="00F659EE" w:rsidRPr="002C5810" w:rsidRDefault="00F659EE">
            <w:pPr>
              <w:rPr>
                <w:rFonts w:cs="Times New Roman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7A01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4CF6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13)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Долина </w:t>
            </w:r>
            <w:proofErr w:type="gramStart"/>
            <w:r w:rsidRPr="002C5810">
              <w:rPr>
                <w:rFonts w:cs="Times New Roman"/>
                <w:lang w:val="ru-RU"/>
              </w:rPr>
              <w:t>11-14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вересеня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2F9E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85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875C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886D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7352" w14:textId="77777777" w:rsidR="00F659EE" w:rsidRPr="002C5810" w:rsidRDefault="00F659EE">
            <w:pPr>
              <w:rPr>
                <w:rFonts w:cs="Times New Roman"/>
              </w:rPr>
            </w:pPr>
          </w:p>
        </w:tc>
      </w:tr>
      <w:tr w:rsidR="002C5810" w:rsidRPr="002C5810" w14:paraId="7855091A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AF0D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29)</w:t>
            </w:r>
            <w:proofErr w:type="spellStart"/>
            <w:r w:rsidRPr="002C5810">
              <w:rPr>
                <w:rFonts w:cs="Times New Roman"/>
              </w:rPr>
              <w:t>Кравченко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Владислав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8149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Динамо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6ECA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07BD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Кубок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з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Південне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4-7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травня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94A8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72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D74E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C94A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02C3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Литвинчук</w:t>
            </w:r>
            <w:proofErr w:type="spellEnd"/>
            <w:r w:rsidRPr="002C5810">
              <w:rPr>
                <w:rFonts w:cs="Times New Roman"/>
              </w:rPr>
              <w:t xml:space="preserve"> М. О.</w:t>
            </w:r>
          </w:p>
        </w:tc>
      </w:tr>
      <w:tr w:rsidR="002C5810" w:rsidRPr="002C5810" w14:paraId="1C42615A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137E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30)</w:t>
            </w:r>
            <w:proofErr w:type="spellStart"/>
            <w:r w:rsidRPr="002C5810">
              <w:rPr>
                <w:rFonts w:cs="Times New Roman"/>
              </w:rPr>
              <w:t>Мартинюк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Андрій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BC16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Динамо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86D0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A5D8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Кубок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з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Південне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4-7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травня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FF80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60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9589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7FE9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F0FF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Нагорний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П.В. Литвинчук М.О.</w:t>
            </w:r>
          </w:p>
        </w:tc>
      </w:tr>
      <w:tr w:rsidR="002C5810" w:rsidRPr="002C5810" w14:paraId="2B3933F3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6AC6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31)</w:t>
            </w:r>
            <w:proofErr w:type="spellStart"/>
            <w:r w:rsidRPr="002C5810">
              <w:rPr>
                <w:rFonts w:cs="Times New Roman"/>
              </w:rPr>
              <w:t>Берник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Роман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06CB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83EB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B6F9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17)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Хмельницький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04-06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квітня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37D1" w14:textId="42F2BEE1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48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F9BC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6C9A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1879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Прокопчук</w:t>
            </w:r>
            <w:proofErr w:type="spellEnd"/>
            <w:r w:rsidRPr="002C5810">
              <w:rPr>
                <w:rFonts w:cs="Times New Roman"/>
              </w:rPr>
              <w:t xml:space="preserve"> П.Д.</w:t>
            </w:r>
          </w:p>
        </w:tc>
      </w:tr>
      <w:tr w:rsidR="002C5810" w:rsidRPr="002C5810" w14:paraId="60B17A6F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B5B0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32)</w:t>
            </w:r>
            <w:proofErr w:type="spellStart"/>
            <w:r w:rsidRPr="002C5810">
              <w:rPr>
                <w:rFonts w:cs="Times New Roman"/>
              </w:rPr>
              <w:t>Винник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Сергій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F490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E0B3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0932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17)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Хмельницький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04-06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квітня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A70B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51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2FB4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FD03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0FDD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Мартинюк</w:t>
            </w:r>
            <w:proofErr w:type="spellEnd"/>
            <w:r w:rsidRPr="002C5810">
              <w:rPr>
                <w:rFonts w:cs="Times New Roman"/>
              </w:rPr>
              <w:t xml:space="preserve"> А. С.</w:t>
            </w:r>
          </w:p>
        </w:tc>
      </w:tr>
      <w:tr w:rsidR="002C5810" w:rsidRPr="002C5810" w14:paraId="3FF4C5B5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D1FD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33)</w:t>
            </w:r>
            <w:proofErr w:type="spellStart"/>
            <w:r w:rsidRPr="002C5810">
              <w:rPr>
                <w:rFonts w:cs="Times New Roman"/>
              </w:rPr>
              <w:t>Сульжик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Станіслав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8C55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8646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0CC2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17)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Хмельницький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04-06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квітня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6CE1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60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DE10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DBFC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3A06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Бокеєв</w:t>
            </w:r>
            <w:proofErr w:type="spellEnd"/>
            <w:r w:rsidRPr="002C5810">
              <w:rPr>
                <w:rFonts w:cs="Times New Roman"/>
              </w:rPr>
              <w:t xml:space="preserve"> І.А.</w:t>
            </w:r>
            <w:r w:rsidRPr="002C5810">
              <w:rPr>
                <w:rFonts w:cs="Times New Roman"/>
              </w:rPr>
              <w:br/>
            </w:r>
            <w:proofErr w:type="spellStart"/>
            <w:r w:rsidRPr="002C5810">
              <w:rPr>
                <w:rFonts w:cs="Times New Roman"/>
              </w:rPr>
              <w:t>Лазарець</w:t>
            </w:r>
            <w:proofErr w:type="spellEnd"/>
            <w:r w:rsidRPr="002C5810">
              <w:rPr>
                <w:rFonts w:cs="Times New Roman"/>
              </w:rPr>
              <w:t xml:space="preserve"> В.І</w:t>
            </w:r>
          </w:p>
        </w:tc>
      </w:tr>
      <w:tr w:rsidR="002C5810" w:rsidRPr="002C5810" w14:paraId="4CCB6529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7670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34)</w:t>
            </w:r>
            <w:proofErr w:type="spellStart"/>
            <w:r w:rsidRPr="002C5810">
              <w:rPr>
                <w:rFonts w:cs="Times New Roman"/>
              </w:rPr>
              <w:t>Ленартов</w:t>
            </w:r>
            <w:r w:rsidRPr="002C5810">
              <w:rPr>
                <w:rFonts w:cs="Times New Roman"/>
              </w:rPr>
              <w:lastRenderedPageBreak/>
              <w:t>ич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Вадим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7DAE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lastRenderedPageBreak/>
              <w:t>Динамо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51A1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lastRenderedPageBreak/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6A06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lastRenderedPageBreak/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r w:rsidRPr="002C5810">
              <w:rPr>
                <w:rFonts w:cs="Times New Roman"/>
                <w:lang w:val="ru-RU"/>
              </w:rPr>
              <w:lastRenderedPageBreak/>
              <w:t>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13)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Долина </w:t>
            </w:r>
            <w:proofErr w:type="gramStart"/>
            <w:r w:rsidRPr="002C5810">
              <w:rPr>
                <w:rFonts w:cs="Times New Roman"/>
                <w:lang w:val="ru-RU"/>
              </w:rPr>
              <w:t>11-14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вересеня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4E89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lastRenderedPageBreak/>
              <w:t xml:space="preserve">35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95E3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278B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BF8F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Скалига</w:t>
            </w:r>
            <w:proofErr w:type="spellEnd"/>
            <w:r w:rsidRPr="002C5810">
              <w:rPr>
                <w:rFonts w:cs="Times New Roman"/>
              </w:rPr>
              <w:t xml:space="preserve"> І. А. </w:t>
            </w:r>
          </w:p>
        </w:tc>
      </w:tr>
      <w:tr w:rsidR="002C5810" w:rsidRPr="002C5810" w14:paraId="22A68EBD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A445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35)</w:t>
            </w:r>
            <w:proofErr w:type="spellStart"/>
            <w:r w:rsidRPr="002C5810">
              <w:rPr>
                <w:rFonts w:cs="Times New Roman"/>
              </w:rPr>
              <w:t>Матвійчук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Дмитро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C4C2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0A37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9B40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Чемпіонат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України</w:t>
            </w:r>
            <w:proofErr w:type="spellEnd"/>
            <w:r w:rsidRPr="002C5810">
              <w:rPr>
                <w:rFonts w:cs="Times New Roman"/>
              </w:rPr>
              <w:t xml:space="preserve"> (U16) </w:t>
            </w:r>
            <w:proofErr w:type="spellStart"/>
            <w:r w:rsidRPr="002C5810">
              <w:rPr>
                <w:rFonts w:cs="Times New Roman"/>
              </w:rPr>
              <w:t>пам'яті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Івана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Піддубного</w:t>
            </w:r>
            <w:proofErr w:type="spellEnd"/>
            <w:r w:rsidRPr="002C5810">
              <w:rPr>
                <w:rFonts w:cs="Times New Roman"/>
              </w:rPr>
              <w:t xml:space="preserve"> з </w:t>
            </w:r>
            <w:proofErr w:type="spellStart"/>
            <w:r w:rsidRPr="002C5810">
              <w:rPr>
                <w:rFonts w:cs="Times New Roman"/>
              </w:rPr>
              <w:t>боротьби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  <w:r w:rsidRPr="002C5810">
              <w:rPr>
                <w:rFonts w:cs="Times New Roman"/>
              </w:rPr>
              <w:t xml:space="preserve"> 6-8 </w:t>
            </w:r>
            <w:proofErr w:type="spellStart"/>
            <w:r w:rsidRPr="002C5810">
              <w:rPr>
                <w:rFonts w:cs="Times New Roman"/>
              </w:rPr>
              <w:t>жовтня</w:t>
            </w:r>
            <w:proofErr w:type="spellEnd"/>
            <w:r w:rsidRPr="002C5810">
              <w:rPr>
                <w:rFonts w:cs="Times New Roman"/>
              </w:rPr>
              <w:t xml:space="preserve"> м. </w:t>
            </w:r>
            <w:proofErr w:type="spellStart"/>
            <w:r w:rsidRPr="002C5810">
              <w:rPr>
                <w:rFonts w:cs="Times New Roman"/>
              </w:rPr>
              <w:t>Черкаси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B3B9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51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B95E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19F9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4299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Артюх</w:t>
            </w:r>
            <w:proofErr w:type="spellEnd"/>
            <w:r w:rsidRPr="002C5810">
              <w:rPr>
                <w:rFonts w:cs="Times New Roman"/>
              </w:rPr>
              <w:t xml:space="preserve"> Д. В. </w:t>
            </w:r>
          </w:p>
        </w:tc>
      </w:tr>
      <w:tr w:rsidR="002C5810" w:rsidRPr="002C5810" w14:paraId="0867B55E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A101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36)</w:t>
            </w:r>
            <w:proofErr w:type="spellStart"/>
            <w:r w:rsidRPr="002C5810">
              <w:rPr>
                <w:rFonts w:cs="Times New Roman"/>
              </w:rPr>
              <w:t>Бернацький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Артем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93FB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DE40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FD78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Чемпіонат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України</w:t>
            </w:r>
            <w:proofErr w:type="spellEnd"/>
            <w:r w:rsidRPr="002C5810">
              <w:rPr>
                <w:rFonts w:cs="Times New Roman"/>
              </w:rPr>
              <w:t xml:space="preserve"> (U16) </w:t>
            </w:r>
            <w:proofErr w:type="spellStart"/>
            <w:r w:rsidRPr="002C5810">
              <w:rPr>
                <w:rFonts w:cs="Times New Roman"/>
              </w:rPr>
              <w:t>пам'яті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Івана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Піддубного</w:t>
            </w:r>
            <w:proofErr w:type="spellEnd"/>
            <w:r w:rsidRPr="002C5810">
              <w:rPr>
                <w:rFonts w:cs="Times New Roman"/>
              </w:rPr>
              <w:t xml:space="preserve"> з </w:t>
            </w:r>
            <w:proofErr w:type="spellStart"/>
            <w:r w:rsidRPr="002C5810">
              <w:rPr>
                <w:rFonts w:cs="Times New Roman"/>
              </w:rPr>
              <w:t>боротьби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  <w:r w:rsidRPr="002C5810">
              <w:rPr>
                <w:rFonts w:cs="Times New Roman"/>
              </w:rPr>
              <w:t xml:space="preserve"> 6-8 </w:t>
            </w:r>
            <w:proofErr w:type="spellStart"/>
            <w:r w:rsidRPr="002C5810">
              <w:rPr>
                <w:rFonts w:cs="Times New Roman"/>
              </w:rPr>
              <w:t>жовтня</w:t>
            </w:r>
            <w:proofErr w:type="spellEnd"/>
            <w:r w:rsidRPr="002C5810">
              <w:rPr>
                <w:rFonts w:cs="Times New Roman"/>
              </w:rPr>
              <w:t xml:space="preserve"> м. </w:t>
            </w:r>
            <w:proofErr w:type="spellStart"/>
            <w:r w:rsidRPr="002C5810">
              <w:rPr>
                <w:rFonts w:cs="Times New Roman"/>
              </w:rPr>
              <w:t>Черкаси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8B43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55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3255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8D33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BF71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Тихончук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В. С.  </w:t>
            </w:r>
            <w:proofErr w:type="spellStart"/>
            <w:r w:rsidRPr="002C5810">
              <w:rPr>
                <w:rFonts w:cs="Times New Roman"/>
                <w:lang w:val="ru-RU"/>
              </w:rPr>
              <w:t>Лазарець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В. І.</w:t>
            </w:r>
          </w:p>
        </w:tc>
      </w:tr>
      <w:tr w:rsidR="002C5810" w:rsidRPr="002C5810" w14:paraId="14E94FEE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9CC3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37)</w:t>
            </w:r>
            <w:proofErr w:type="spellStart"/>
            <w:r w:rsidRPr="002C5810">
              <w:rPr>
                <w:rFonts w:cs="Times New Roman"/>
              </w:rPr>
              <w:t>Стретович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Юрій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8E80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9E0B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C1CB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Чемпіонат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України</w:t>
            </w:r>
            <w:proofErr w:type="spellEnd"/>
            <w:r w:rsidRPr="002C5810">
              <w:rPr>
                <w:rFonts w:cs="Times New Roman"/>
              </w:rPr>
              <w:t xml:space="preserve"> (U16) </w:t>
            </w:r>
            <w:proofErr w:type="spellStart"/>
            <w:r w:rsidRPr="002C5810">
              <w:rPr>
                <w:rFonts w:cs="Times New Roman"/>
              </w:rPr>
              <w:t>пам'яті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Івана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Піддубного</w:t>
            </w:r>
            <w:proofErr w:type="spellEnd"/>
            <w:r w:rsidRPr="002C5810">
              <w:rPr>
                <w:rFonts w:cs="Times New Roman"/>
              </w:rPr>
              <w:t xml:space="preserve"> з </w:t>
            </w:r>
            <w:proofErr w:type="spellStart"/>
            <w:r w:rsidRPr="002C5810">
              <w:rPr>
                <w:rFonts w:cs="Times New Roman"/>
              </w:rPr>
              <w:t>боротьби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  <w:r w:rsidRPr="002C5810">
              <w:rPr>
                <w:rFonts w:cs="Times New Roman"/>
              </w:rPr>
              <w:t xml:space="preserve"> 6-8 </w:t>
            </w:r>
            <w:proofErr w:type="spellStart"/>
            <w:r w:rsidRPr="002C5810">
              <w:rPr>
                <w:rFonts w:cs="Times New Roman"/>
              </w:rPr>
              <w:t>жовтня</w:t>
            </w:r>
            <w:proofErr w:type="spellEnd"/>
            <w:r w:rsidRPr="002C5810">
              <w:rPr>
                <w:rFonts w:cs="Times New Roman"/>
              </w:rPr>
              <w:t xml:space="preserve"> м. </w:t>
            </w:r>
            <w:proofErr w:type="spellStart"/>
            <w:r w:rsidRPr="002C5810">
              <w:rPr>
                <w:rFonts w:cs="Times New Roman"/>
              </w:rPr>
              <w:t>Черкаси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729F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60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0A7D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373F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63EB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Петришин Я. В. </w:t>
            </w:r>
            <w:proofErr w:type="spellStart"/>
            <w:r w:rsidRPr="002C5810">
              <w:rPr>
                <w:rFonts w:cs="Times New Roman"/>
                <w:lang w:val="ru-RU"/>
              </w:rPr>
              <w:t>Ладоненко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І. М.</w:t>
            </w:r>
          </w:p>
        </w:tc>
      </w:tr>
      <w:tr w:rsidR="002C5810" w:rsidRPr="002C5810" w14:paraId="403C88E7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9D1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38)</w:t>
            </w:r>
            <w:proofErr w:type="spellStart"/>
            <w:r w:rsidRPr="002C5810">
              <w:rPr>
                <w:rFonts w:cs="Times New Roman"/>
              </w:rPr>
              <w:t>Сегень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Олексій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8525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Динамо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BDB4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4D06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13)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Долина </w:t>
            </w:r>
            <w:proofErr w:type="gramStart"/>
            <w:r w:rsidRPr="002C5810">
              <w:rPr>
                <w:rFonts w:cs="Times New Roman"/>
                <w:lang w:val="ru-RU"/>
              </w:rPr>
              <w:t>11-14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вересеня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C694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85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0F15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6116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5546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Скалига</w:t>
            </w:r>
            <w:proofErr w:type="spellEnd"/>
            <w:r w:rsidRPr="002C5810">
              <w:rPr>
                <w:rFonts w:cs="Times New Roman"/>
              </w:rPr>
              <w:t xml:space="preserve"> І. А. </w:t>
            </w:r>
          </w:p>
        </w:tc>
      </w:tr>
      <w:tr w:rsidR="002C5810" w:rsidRPr="002C5810" w14:paraId="77E3B128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DD0F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39)</w:t>
            </w:r>
            <w:proofErr w:type="spellStart"/>
            <w:r w:rsidRPr="002C5810">
              <w:rPr>
                <w:rFonts w:cs="Times New Roman"/>
              </w:rPr>
              <w:t>Фіцай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Владислав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6BCE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Динамо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9247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A2D5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15)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Тячів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14-16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травня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94BA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41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8B20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FF26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3B4E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Матвієнко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С. П. </w:t>
            </w:r>
            <w:proofErr w:type="spellStart"/>
            <w:r w:rsidRPr="002C5810">
              <w:rPr>
                <w:rFonts w:cs="Times New Roman"/>
                <w:lang w:val="ru-RU"/>
              </w:rPr>
              <w:t>Скалига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І. А. </w:t>
            </w:r>
          </w:p>
        </w:tc>
      </w:tr>
      <w:tr w:rsidR="002C5810" w:rsidRPr="002C5810" w14:paraId="2E993BC5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486F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40)</w:t>
            </w:r>
            <w:proofErr w:type="spellStart"/>
            <w:r w:rsidRPr="002C5810">
              <w:rPr>
                <w:rFonts w:cs="Times New Roman"/>
              </w:rPr>
              <w:t>Пилипака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Дмитро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C2BD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7C3E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171C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15)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Тячів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14-16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травня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7D0C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44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D55C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CD0A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CF54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r w:rsidRPr="002C5810">
              <w:rPr>
                <w:rFonts w:cs="Times New Roman"/>
                <w:lang w:val="ru-RU"/>
              </w:rPr>
              <w:t xml:space="preserve">Гожий І. В.   </w:t>
            </w:r>
            <w:proofErr w:type="spellStart"/>
            <w:r w:rsidRPr="002C5810">
              <w:rPr>
                <w:rFonts w:cs="Times New Roman"/>
                <w:lang w:val="ru-RU"/>
              </w:rPr>
              <w:t>Мартинюк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А. С.</w:t>
            </w:r>
          </w:p>
        </w:tc>
      </w:tr>
      <w:tr w:rsidR="002C5810" w:rsidRPr="002C5810" w14:paraId="0B2F4A34" w14:textId="77777777" w:rsidTr="002C5810">
        <w:trPr>
          <w:trHeight w:val="39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B408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lastRenderedPageBreak/>
              <w:t>41)</w:t>
            </w:r>
            <w:proofErr w:type="spellStart"/>
            <w:r w:rsidRPr="002C5810">
              <w:rPr>
                <w:rFonts w:cs="Times New Roman"/>
              </w:rPr>
              <w:t>Дулько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Георгій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6AF9" w14:textId="77777777" w:rsidR="00F659EE" w:rsidRPr="002C5810" w:rsidRDefault="00F659EE">
            <w:pPr>
              <w:rPr>
                <w:rFonts w:cs="Times New Roman"/>
              </w:rPr>
            </w:pPr>
            <w:r w:rsidRPr="002C5810">
              <w:rPr>
                <w:rFonts w:cs="Times New Roman"/>
              </w:rPr>
              <w:t>МОНУ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CB04" w14:textId="77777777" w:rsidR="00F659EE" w:rsidRPr="002C5810" w:rsidRDefault="00F659EE">
            <w:pPr>
              <w:rPr>
                <w:rFonts w:cs="Times New Roman"/>
              </w:rPr>
            </w:pPr>
            <w:proofErr w:type="spellStart"/>
            <w:r w:rsidRPr="002C5810">
              <w:rPr>
                <w:rFonts w:cs="Times New Roman"/>
              </w:rPr>
              <w:t>Боротьба</w:t>
            </w:r>
            <w:proofErr w:type="spellEnd"/>
            <w:r w:rsidRPr="002C5810">
              <w:rPr>
                <w:rFonts w:cs="Times New Roman"/>
              </w:rPr>
              <w:t xml:space="preserve"> </w:t>
            </w:r>
            <w:proofErr w:type="spellStart"/>
            <w:r w:rsidRPr="002C5810">
              <w:rPr>
                <w:rFonts w:cs="Times New Roman"/>
              </w:rPr>
              <w:t>греко-римської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3C56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Чемпіонат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C5810">
              <w:rPr>
                <w:rFonts w:cs="Times New Roman"/>
                <w:lang w:val="ru-RU"/>
              </w:rPr>
              <w:t>України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(</w:t>
            </w:r>
            <w:r w:rsidRPr="002C5810">
              <w:rPr>
                <w:rFonts w:cs="Times New Roman"/>
              </w:rPr>
              <w:t>U</w:t>
            </w:r>
            <w:r w:rsidRPr="002C5810">
              <w:rPr>
                <w:rFonts w:cs="Times New Roman"/>
                <w:lang w:val="ru-RU"/>
              </w:rPr>
              <w:t xml:space="preserve">15) з </w:t>
            </w:r>
            <w:proofErr w:type="spellStart"/>
            <w:r w:rsidRPr="002C5810">
              <w:rPr>
                <w:rFonts w:cs="Times New Roman"/>
                <w:lang w:val="ru-RU"/>
              </w:rPr>
              <w:t>боротьби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греко-</w:t>
            </w:r>
            <w:proofErr w:type="spellStart"/>
            <w:r w:rsidRPr="002C5810">
              <w:rPr>
                <w:rFonts w:cs="Times New Roman"/>
                <w:lang w:val="ru-RU"/>
              </w:rPr>
              <w:t>римської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м. </w:t>
            </w:r>
            <w:proofErr w:type="spellStart"/>
            <w:r w:rsidRPr="002C5810">
              <w:rPr>
                <w:rFonts w:cs="Times New Roman"/>
                <w:lang w:val="ru-RU"/>
              </w:rPr>
              <w:t>Тячів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2C5810">
              <w:rPr>
                <w:rFonts w:cs="Times New Roman"/>
                <w:lang w:val="ru-RU"/>
              </w:rPr>
              <w:t>14-16</w:t>
            </w:r>
            <w:proofErr w:type="gramEnd"/>
            <w:r w:rsidRPr="002C5810">
              <w:rPr>
                <w:rFonts w:cs="Times New Roman"/>
                <w:lang w:val="ru-RU"/>
              </w:rPr>
              <w:t xml:space="preserve"> травня 2025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6796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 xml:space="preserve">75 </w:t>
            </w:r>
            <w:proofErr w:type="spellStart"/>
            <w:r w:rsidRPr="002C5810">
              <w:rPr>
                <w:rFonts w:cs="Times New Roman"/>
                <w:b/>
                <w:bCs/>
              </w:rPr>
              <w:t>кг</w:t>
            </w:r>
            <w:proofErr w:type="spellEnd"/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D61B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CA3D" w14:textId="77777777" w:rsidR="00F659EE" w:rsidRPr="002C5810" w:rsidRDefault="00F659EE" w:rsidP="002C5810">
            <w:pPr>
              <w:jc w:val="center"/>
              <w:rPr>
                <w:rFonts w:cs="Times New Roman"/>
                <w:b/>
                <w:bCs/>
              </w:rPr>
            </w:pPr>
            <w:r w:rsidRPr="002C5810">
              <w:rPr>
                <w:rFonts w:cs="Times New Roman"/>
                <w:b/>
                <w:bCs/>
              </w:rPr>
              <w:t>10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4685" w14:textId="77777777" w:rsidR="00F659EE" w:rsidRPr="002C5810" w:rsidRDefault="00F659EE">
            <w:pPr>
              <w:rPr>
                <w:rFonts w:cs="Times New Roman"/>
                <w:lang w:val="ru-RU"/>
              </w:rPr>
            </w:pPr>
            <w:proofErr w:type="spellStart"/>
            <w:r w:rsidRPr="002C5810">
              <w:rPr>
                <w:rFonts w:cs="Times New Roman"/>
                <w:lang w:val="ru-RU"/>
              </w:rPr>
              <w:t>Корнілов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В. </w:t>
            </w:r>
            <w:proofErr w:type="spellStart"/>
            <w:r w:rsidRPr="002C5810">
              <w:rPr>
                <w:rFonts w:cs="Times New Roman"/>
                <w:lang w:val="ru-RU"/>
              </w:rPr>
              <w:t>Ладоненко</w:t>
            </w:r>
            <w:proofErr w:type="spellEnd"/>
            <w:r w:rsidRPr="002C5810">
              <w:rPr>
                <w:rFonts w:cs="Times New Roman"/>
                <w:lang w:val="ru-RU"/>
              </w:rPr>
              <w:t xml:space="preserve"> І. М.</w:t>
            </w:r>
          </w:p>
        </w:tc>
      </w:tr>
    </w:tbl>
    <w:p w14:paraId="67D4CD93" w14:textId="77777777" w:rsidR="00000000" w:rsidRDefault="00000000"/>
    <w:p w14:paraId="268D4879" w14:textId="3E7D2481" w:rsidR="002C5810" w:rsidRPr="002C5810" w:rsidRDefault="002C5810" w:rsidP="002C5810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C5810">
        <w:rPr>
          <w:rFonts w:ascii="Times New Roman" w:hAnsi="Times New Roman" w:cs="Times New Roman"/>
          <w:b/>
          <w:bCs/>
          <w:sz w:val="28"/>
          <w:szCs w:val="28"/>
          <w:lang w:val="ru-RU"/>
        </w:rPr>
        <w:t>Всього</w:t>
      </w:r>
      <w:proofErr w:type="spellEnd"/>
      <w:r w:rsidRPr="002C581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C5810">
        <w:rPr>
          <w:rFonts w:ascii="Times New Roman" w:hAnsi="Times New Roman" w:cs="Times New Roman"/>
          <w:b/>
          <w:bCs/>
          <w:sz w:val="28"/>
          <w:szCs w:val="28"/>
          <w:lang w:val="ru-RU"/>
        </w:rPr>
        <w:t>очок</w:t>
      </w:r>
      <w:proofErr w:type="spellEnd"/>
      <w:r w:rsidRPr="002C5810">
        <w:rPr>
          <w:rFonts w:ascii="Times New Roman" w:hAnsi="Times New Roman" w:cs="Times New Roman"/>
          <w:b/>
          <w:bCs/>
          <w:sz w:val="28"/>
          <w:szCs w:val="28"/>
          <w:lang w:val="ru-RU"/>
        </w:rPr>
        <w:t>: 3</w:t>
      </w:r>
      <w:r w:rsidRPr="002C5810">
        <w:rPr>
          <w:rFonts w:ascii="Times New Roman" w:hAnsi="Times New Roman" w:cs="Times New Roman"/>
          <w:b/>
          <w:bCs/>
          <w:sz w:val="28"/>
          <w:szCs w:val="28"/>
        </w:rPr>
        <w:t>881</w:t>
      </w:r>
    </w:p>
    <w:p w14:paraId="15220EE5" w14:textId="77777777" w:rsidR="002C5810" w:rsidRPr="002C5810" w:rsidRDefault="002C5810" w:rsidP="002C5810">
      <w:pPr>
        <w:rPr>
          <w:rFonts w:ascii="Times New Roman" w:hAnsi="Times New Roman" w:cs="Times New Roman"/>
          <w:b/>
          <w:bCs/>
        </w:rPr>
      </w:pPr>
    </w:p>
    <w:p w14:paraId="56A21EDD" w14:textId="6475DB95" w:rsidR="002C5810" w:rsidRPr="002C5810" w:rsidRDefault="002C5810" w:rsidP="002C581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C581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Президент </w:t>
      </w:r>
      <w:proofErr w:type="spellStart"/>
      <w:r w:rsidRPr="002C5810">
        <w:rPr>
          <w:rFonts w:ascii="Times New Roman" w:hAnsi="Times New Roman" w:cs="Times New Roman"/>
          <w:b/>
          <w:bCs/>
          <w:sz w:val="24"/>
          <w:szCs w:val="24"/>
          <w:lang w:val="ru-RU"/>
        </w:rPr>
        <w:t>Федерації</w:t>
      </w:r>
      <w:proofErr w:type="spellEnd"/>
      <w:r w:rsidRPr="002C581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</w:t>
      </w:r>
      <w:r w:rsidRPr="002C581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</w:t>
      </w:r>
      <w:r w:rsidRPr="002C5810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Ковальчук Олександр</w:t>
      </w:r>
      <w:r w:rsidRPr="002C581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C5810">
        <w:rPr>
          <w:rFonts w:ascii="Times New Roman" w:hAnsi="Times New Roman" w:cs="Times New Roman"/>
          <w:b/>
          <w:bCs/>
          <w:sz w:val="24"/>
          <w:szCs w:val="24"/>
          <w:lang w:val="ru-RU"/>
        </w:rPr>
        <w:t>Іванович</w:t>
      </w:r>
      <w:proofErr w:type="spellEnd"/>
    </w:p>
    <w:p w14:paraId="2486DC8D" w14:textId="77777777" w:rsidR="002C5810" w:rsidRPr="002C5810" w:rsidRDefault="002C5810" w:rsidP="002C581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C5810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2C5810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  <w:t xml:space="preserve"> ______________ </w:t>
      </w:r>
    </w:p>
    <w:p w14:paraId="64C7E603" w14:textId="77777777" w:rsidR="002C5810" w:rsidRPr="002C5810" w:rsidRDefault="002C5810" w:rsidP="002C581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C581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МП (за </w:t>
      </w:r>
      <w:proofErr w:type="spellStart"/>
      <w:r w:rsidRPr="002C5810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наявності</w:t>
      </w:r>
      <w:proofErr w:type="spellEnd"/>
      <w:r w:rsidRPr="002C5810">
        <w:rPr>
          <w:rFonts w:ascii="Times New Roman" w:hAnsi="Times New Roman" w:cs="Times New Roman"/>
          <w:b/>
          <w:bCs/>
          <w:sz w:val="24"/>
          <w:szCs w:val="24"/>
          <w:lang w:val="ru-RU"/>
        </w:rPr>
        <w:t>)</w:t>
      </w:r>
    </w:p>
    <w:p w14:paraId="5E25EC8A" w14:textId="77777777" w:rsidR="002C5810" w:rsidRPr="002C5810" w:rsidRDefault="002C5810">
      <w:pPr>
        <w:rPr>
          <w:lang w:val="ru-RU"/>
        </w:rPr>
      </w:pPr>
    </w:p>
    <w:sectPr w:rsidR="002C5810" w:rsidRPr="002C581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9680957">
    <w:abstractNumId w:val="8"/>
  </w:num>
  <w:num w:numId="2" w16cid:durableId="267543326">
    <w:abstractNumId w:val="6"/>
  </w:num>
  <w:num w:numId="3" w16cid:durableId="1578707653">
    <w:abstractNumId w:val="5"/>
  </w:num>
  <w:num w:numId="4" w16cid:durableId="1436825896">
    <w:abstractNumId w:val="4"/>
  </w:num>
  <w:num w:numId="5" w16cid:durableId="1326277560">
    <w:abstractNumId w:val="7"/>
  </w:num>
  <w:num w:numId="6" w16cid:durableId="675770528">
    <w:abstractNumId w:val="3"/>
  </w:num>
  <w:num w:numId="7" w16cid:durableId="995650725">
    <w:abstractNumId w:val="2"/>
  </w:num>
  <w:num w:numId="8" w16cid:durableId="503206697">
    <w:abstractNumId w:val="1"/>
  </w:num>
  <w:num w:numId="9" w16cid:durableId="576861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C5810"/>
    <w:rsid w:val="00326F90"/>
    <w:rsid w:val="004F0001"/>
    <w:rsid w:val="00980DBA"/>
    <w:rsid w:val="00AA1D8D"/>
    <w:rsid w:val="00AB1643"/>
    <w:rsid w:val="00B13011"/>
    <w:rsid w:val="00B47730"/>
    <w:rsid w:val="00CB0664"/>
    <w:rsid w:val="00F659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94735F"/>
  <w14:defaultImageDpi w14:val="300"/>
  <w15:docId w15:val="{E499F48F-A4D3-4F40-84D6-E7F28EF8D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6053</Words>
  <Characters>3451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9486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Marian Holubovskyi</cp:lastModifiedBy>
  <cp:revision>2</cp:revision>
  <dcterms:created xsi:type="dcterms:W3CDTF">2025-12-12T20:40:00Z</dcterms:created>
  <dcterms:modified xsi:type="dcterms:W3CDTF">2025-12-12T20:40:00Z</dcterms:modified>
  <cp:category/>
</cp:coreProperties>
</file>