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226E6" w14:textId="77777777" w:rsidR="0059292A" w:rsidRPr="0059292A" w:rsidRDefault="0059292A" w:rsidP="0059292A">
      <w:pPr>
        <w:pStyle w:val="1"/>
        <w:jc w:val="center"/>
        <w:rPr>
          <w:rFonts w:cstheme="majorHAnsi"/>
          <w:color w:val="auto"/>
          <w:sz w:val="32"/>
          <w:szCs w:val="32"/>
          <w:lang w:val="uk-UA"/>
        </w:rPr>
      </w:pPr>
      <w:proofErr w:type="spellStart"/>
      <w:r w:rsidRPr="0059292A">
        <w:rPr>
          <w:rFonts w:cstheme="majorHAnsi"/>
          <w:color w:val="auto"/>
          <w:sz w:val="32"/>
          <w:szCs w:val="32"/>
        </w:rPr>
        <w:t>Підведення</w:t>
      </w:r>
      <w:proofErr w:type="spellEnd"/>
      <w:r w:rsidRPr="0059292A">
        <w:rPr>
          <w:rFonts w:cstheme="majorHAnsi"/>
          <w:color w:val="auto"/>
          <w:sz w:val="32"/>
          <w:szCs w:val="32"/>
        </w:rPr>
        <w:t xml:space="preserve"> </w:t>
      </w:r>
      <w:proofErr w:type="spellStart"/>
      <w:r w:rsidRPr="0059292A">
        <w:rPr>
          <w:rFonts w:cstheme="majorHAnsi"/>
          <w:color w:val="auto"/>
          <w:sz w:val="32"/>
          <w:szCs w:val="32"/>
        </w:rPr>
        <w:t>підсумків</w:t>
      </w:r>
      <w:proofErr w:type="spellEnd"/>
      <w:r w:rsidRPr="0059292A">
        <w:rPr>
          <w:rFonts w:cstheme="majorHAnsi"/>
          <w:color w:val="auto"/>
          <w:sz w:val="32"/>
          <w:szCs w:val="32"/>
        </w:rPr>
        <w:t xml:space="preserve"> </w:t>
      </w:r>
      <w:proofErr w:type="spellStart"/>
      <w:r w:rsidRPr="0059292A">
        <w:rPr>
          <w:rFonts w:cstheme="majorHAnsi"/>
          <w:color w:val="auto"/>
          <w:sz w:val="32"/>
          <w:szCs w:val="32"/>
        </w:rPr>
        <w:t>роботи</w:t>
      </w:r>
      <w:proofErr w:type="spellEnd"/>
      <w:r w:rsidRPr="0059292A">
        <w:rPr>
          <w:rFonts w:cstheme="majorHAnsi"/>
          <w:color w:val="auto"/>
          <w:sz w:val="32"/>
          <w:szCs w:val="32"/>
        </w:rPr>
        <w:t xml:space="preserve"> ГС "</w:t>
      </w:r>
      <w:proofErr w:type="spellStart"/>
      <w:r w:rsidRPr="0059292A">
        <w:rPr>
          <w:rFonts w:cstheme="majorHAnsi"/>
          <w:color w:val="auto"/>
          <w:sz w:val="32"/>
          <w:szCs w:val="32"/>
        </w:rPr>
        <w:t>Федерація</w:t>
      </w:r>
      <w:proofErr w:type="spellEnd"/>
      <w:r w:rsidRPr="0059292A">
        <w:rPr>
          <w:rFonts w:cstheme="majorHAnsi"/>
          <w:color w:val="auto"/>
          <w:sz w:val="32"/>
          <w:szCs w:val="32"/>
        </w:rPr>
        <w:t xml:space="preserve"> </w:t>
      </w:r>
      <w:proofErr w:type="spellStart"/>
      <w:r w:rsidRPr="0059292A">
        <w:rPr>
          <w:rFonts w:cstheme="majorHAnsi"/>
          <w:color w:val="auto"/>
          <w:sz w:val="32"/>
          <w:szCs w:val="32"/>
        </w:rPr>
        <w:t>вільної</w:t>
      </w:r>
      <w:proofErr w:type="spellEnd"/>
      <w:r w:rsidRPr="0059292A">
        <w:rPr>
          <w:rFonts w:cstheme="majorHAnsi"/>
          <w:color w:val="auto"/>
          <w:sz w:val="32"/>
          <w:szCs w:val="32"/>
        </w:rPr>
        <w:t xml:space="preserve"> </w:t>
      </w:r>
      <w:proofErr w:type="spellStart"/>
      <w:r w:rsidRPr="0059292A">
        <w:rPr>
          <w:rFonts w:cstheme="majorHAnsi"/>
          <w:color w:val="auto"/>
          <w:sz w:val="32"/>
          <w:szCs w:val="32"/>
        </w:rPr>
        <w:t>боротьби</w:t>
      </w:r>
      <w:proofErr w:type="spellEnd"/>
      <w:r w:rsidRPr="0059292A">
        <w:rPr>
          <w:rFonts w:cstheme="majorHAnsi"/>
          <w:color w:val="auto"/>
          <w:sz w:val="32"/>
          <w:szCs w:val="32"/>
        </w:rPr>
        <w:t xml:space="preserve"> </w:t>
      </w:r>
      <w:proofErr w:type="spellStart"/>
      <w:r w:rsidRPr="0059292A">
        <w:rPr>
          <w:rFonts w:cstheme="majorHAnsi"/>
          <w:color w:val="auto"/>
          <w:sz w:val="32"/>
          <w:szCs w:val="32"/>
        </w:rPr>
        <w:t>Рівненської</w:t>
      </w:r>
      <w:proofErr w:type="spellEnd"/>
      <w:r w:rsidRPr="0059292A">
        <w:rPr>
          <w:rFonts w:cstheme="majorHAnsi"/>
          <w:color w:val="auto"/>
          <w:sz w:val="32"/>
          <w:szCs w:val="32"/>
        </w:rPr>
        <w:t xml:space="preserve"> </w:t>
      </w:r>
      <w:proofErr w:type="spellStart"/>
      <w:r w:rsidRPr="0059292A">
        <w:rPr>
          <w:rFonts w:cstheme="majorHAnsi"/>
          <w:color w:val="auto"/>
          <w:sz w:val="32"/>
          <w:szCs w:val="32"/>
        </w:rPr>
        <w:t>області</w:t>
      </w:r>
      <w:proofErr w:type="spellEnd"/>
      <w:r w:rsidRPr="0059292A">
        <w:rPr>
          <w:rFonts w:cstheme="majorHAnsi"/>
          <w:color w:val="auto"/>
          <w:sz w:val="32"/>
          <w:szCs w:val="32"/>
        </w:rPr>
        <w:t xml:space="preserve"> " (</w:t>
      </w:r>
      <w:proofErr w:type="spellStart"/>
      <w:r w:rsidRPr="0059292A">
        <w:rPr>
          <w:rFonts w:cstheme="majorHAnsi"/>
          <w:color w:val="auto"/>
          <w:sz w:val="32"/>
          <w:szCs w:val="32"/>
        </w:rPr>
        <w:t>Боротьба</w:t>
      </w:r>
      <w:proofErr w:type="spellEnd"/>
      <w:r w:rsidRPr="0059292A">
        <w:rPr>
          <w:rFonts w:cstheme="majorHAnsi"/>
          <w:color w:val="auto"/>
          <w:sz w:val="32"/>
          <w:szCs w:val="32"/>
        </w:rPr>
        <w:t xml:space="preserve"> </w:t>
      </w:r>
      <w:proofErr w:type="spellStart"/>
      <w:r w:rsidRPr="0059292A">
        <w:rPr>
          <w:rFonts w:cstheme="majorHAnsi"/>
          <w:color w:val="auto"/>
          <w:sz w:val="32"/>
          <w:szCs w:val="32"/>
        </w:rPr>
        <w:t>вільна</w:t>
      </w:r>
      <w:proofErr w:type="spellEnd"/>
      <w:r w:rsidRPr="0059292A">
        <w:rPr>
          <w:rFonts w:cstheme="majorHAnsi"/>
          <w:color w:val="auto"/>
          <w:sz w:val="32"/>
          <w:szCs w:val="32"/>
        </w:rPr>
        <w:t xml:space="preserve"> </w:t>
      </w:r>
      <w:proofErr w:type="spellStart"/>
      <w:r w:rsidRPr="0059292A">
        <w:rPr>
          <w:rFonts w:cstheme="majorHAnsi"/>
          <w:color w:val="auto"/>
          <w:sz w:val="32"/>
          <w:szCs w:val="32"/>
        </w:rPr>
        <w:t>жінки</w:t>
      </w:r>
      <w:proofErr w:type="spellEnd"/>
      <w:r w:rsidRPr="0059292A">
        <w:rPr>
          <w:rFonts w:cstheme="majorHAnsi"/>
          <w:color w:val="auto"/>
          <w:sz w:val="32"/>
          <w:szCs w:val="32"/>
        </w:rPr>
        <w:t xml:space="preserve">) </w:t>
      </w:r>
      <w:proofErr w:type="spellStart"/>
      <w:r w:rsidRPr="0059292A">
        <w:rPr>
          <w:rFonts w:cstheme="majorHAnsi"/>
          <w:color w:val="auto"/>
          <w:sz w:val="32"/>
          <w:szCs w:val="32"/>
        </w:rPr>
        <w:t>Рівненська</w:t>
      </w:r>
      <w:proofErr w:type="spellEnd"/>
      <w:r w:rsidRPr="0059292A">
        <w:rPr>
          <w:rFonts w:cstheme="majorHAnsi"/>
          <w:color w:val="auto"/>
          <w:sz w:val="32"/>
          <w:szCs w:val="32"/>
        </w:rPr>
        <w:t xml:space="preserve"> </w:t>
      </w:r>
      <w:proofErr w:type="spellStart"/>
      <w:r w:rsidRPr="0059292A">
        <w:rPr>
          <w:rFonts w:cstheme="majorHAnsi"/>
          <w:color w:val="auto"/>
          <w:sz w:val="32"/>
          <w:szCs w:val="32"/>
        </w:rPr>
        <w:t>область</w:t>
      </w:r>
      <w:proofErr w:type="spellEnd"/>
      <w:r w:rsidRPr="0059292A">
        <w:rPr>
          <w:rFonts w:cstheme="majorHAnsi"/>
          <w:color w:val="auto"/>
          <w:sz w:val="32"/>
          <w:szCs w:val="32"/>
        </w:rPr>
        <w:t xml:space="preserve"> </w:t>
      </w:r>
      <w:proofErr w:type="spellStart"/>
      <w:r w:rsidRPr="0059292A">
        <w:rPr>
          <w:rFonts w:cstheme="majorHAnsi"/>
          <w:color w:val="auto"/>
          <w:sz w:val="32"/>
          <w:szCs w:val="32"/>
        </w:rPr>
        <w:t>за</w:t>
      </w:r>
      <w:proofErr w:type="spellEnd"/>
      <w:r w:rsidRPr="0059292A">
        <w:rPr>
          <w:rFonts w:cstheme="majorHAnsi"/>
          <w:color w:val="auto"/>
          <w:sz w:val="32"/>
          <w:szCs w:val="32"/>
        </w:rPr>
        <w:t xml:space="preserve"> 2025 </w:t>
      </w:r>
      <w:proofErr w:type="spellStart"/>
      <w:r w:rsidRPr="0059292A">
        <w:rPr>
          <w:rFonts w:cstheme="majorHAnsi"/>
          <w:color w:val="auto"/>
          <w:sz w:val="32"/>
          <w:szCs w:val="32"/>
        </w:rPr>
        <w:t>рік</w:t>
      </w:r>
      <w:proofErr w:type="spellEnd"/>
      <w:r w:rsidRPr="0059292A">
        <w:rPr>
          <w:rFonts w:cstheme="majorHAnsi"/>
          <w:color w:val="auto"/>
          <w:sz w:val="32"/>
          <w:szCs w:val="32"/>
        </w:rPr>
        <w:t xml:space="preserve"> </w:t>
      </w:r>
    </w:p>
    <w:p w14:paraId="254DD1D5" w14:textId="35E9C237" w:rsidR="00484395" w:rsidRPr="0059292A" w:rsidRDefault="0059292A" w:rsidP="0059292A">
      <w:pPr>
        <w:pStyle w:val="1"/>
        <w:jc w:val="center"/>
        <w:rPr>
          <w:rFonts w:cstheme="majorHAnsi"/>
          <w:b w:val="0"/>
          <w:bCs w:val="0"/>
          <w:color w:val="auto"/>
          <w:sz w:val="24"/>
          <w:szCs w:val="24"/>
          <w:lang w:val="uk-UA"/>
        </w:rPr>
      </w:pPr>
      <w:r w:rsidRPr="0059292A">
        <w:rPr>
          <w:rFonts w:cstheme="majorHAnsi"/>
          <w:b w:val="0"/>
          <w:bCs w:val="0"/>
          <w:color w:val="auto"/>
          <w:sz w:val="24"/>
          <w:szCs w:val="24"/>
        </w:rPr>
        <w:t>(</w:t>
      </w:r>
      <w:proofErr w:type="spellStart"/>
      <w:r w:rsidRPr="0059292A">
        <w:rPr>
          <w:rFonts w:cstheme="majorHAnsi"/>
          <w:b w:val="0"/>
          <w:bCs w:val="0"/>
          <w:color w:val="auto"/>
          <w:sz w:val="24"/>
          <w:szCs w:val="24"/>
        </w:rPr>
        <w:t>назва</w:t>
      </w:r>
      <w:proofErr w:type="spellEnd"/>
      <w:r w:rsidRPr="0059292A">
        <w:rPr>
          <w:rFonts w:cstheme="majorHAnsi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59292A">
        <w:rPr>
          <w:rFonts w:cstheme="majorHAnsi"/>
          <w:b w:val="0"/>
          <w:bCs w:val="0"/>
          <w:color w:val="auto"/>
          <w:sz w:val="24"/>
          <w:szCs w:val="24"/>
        </w:rPr>
        <w:t>федерації</w:t>
      </w:r>
      <w:proofErr w:type="spellEnd"/>
      <w:r w:rsidRPr="0059292A">
        <w:rPr>
          <w:rFonts w:cstheme="majorHAnsi"/>
          <w:b w:val="0"/>
          <w:bCs w:val="0"/>
          <w:color w:val="auto"/>
          <w:sz w:val="24"/>
          <w:szCs w:val="24"/>
        </w:rPr>
        <w:t xml:space="preserve">, </w:t>
      </w:r>
      <w:proofErr w:type="spellStart"/>
      <w:r w:rsidRPr="0059292A">
        <w:rPr>
          <w:rFonts w:cstheme="majorHAnsi"/>
          <w:b w:val="0"/>
          <w:bCs w:val="0"/>
          <w:color w:val="auto"/>
          <w:sz w:val="24"/>
          <w:szCs w:val="24"/>
        </w:rPr>
        <w:t>вид</w:t>
      </w:r>
      <w:proofErr w:type="spellEnd"/>
      <w:r w:rsidRPr="0059292A">
        <w:rPr>
          <w:rFonts w:cstheme="majorHAnsi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59292A">
        <w:rPr>
          <w:rFonts w:cstheme="majorHAnsi"/>
          <w:b w:val="0"/>
          <w:bCs w:val="0"/>
          <w:color w:val="auto"/>
          <w:sz w:val="24"/>
          <w:szCs w:val="24"/>
        </w:rPr>
        <w:t>спорту</w:t>
      </w:r>
      <w:proofErr w:type="spellEnd"/>
      <w:r w:rsidRPr="0059292A">
        <w:rPr>
          <w:rFonts w:cstheme="majorHAnsi"/>
          <w:b w:val="0"/>
          <w:bCs w:val="0"/>
          <w:color w:val="auto"/>
          <w:sz w:val="24"/>
          <w:szCs w:val="24"/>
        </w:rPr>
        <w:t>)</w:t>
      </w:r>
    </w:p>
    <w:p w14:paraId="4603726D" w14:textId="77777777" w:rsidR="0059292A" w:rsidRPr="0059292A" w:rsidRDefault="0059292A" w:rsidP="0059292A">
      <w:pPr>
        <w:rPr>
          <w:lang w:val="uk-UA"/>
        </w:rPr>
      </w:pPr>
    </w:p>
    <w:tbl>
      <w:tblPr>
        <w:tblW w:w="11766" w:type="dxa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992"/>
        <w:gridCol w:w="1249"/>
        <w:gridCol w:w="2437"/>
        <w:gridCol w:w="1275"/>
        <w:gridCol w:w="1134"/>
        <w:gridCol w:w="1276"/>
        <w:gridCol w:w="1559"/>
      </w:tblGrid>
      <w:tr w:rsidR="0059292A" w:rsidRPr="0059292A" w14:paraId="26A1D007" w14:textId="77777777" w:rsidTr="0059292A">
        <w:tc>
          <w:tcPr>
            <w:tcW w:w="1844" w:type="dxa"/>
          </w:tcPr>
          <w:p w14:paraId="736FED0F" w14:textId="77777777" w:rsidR="0059292A" w:rsidRPr="0059292A" w:rsidRDefault="0059292A">
            <w:pPr>
              <w:rPr>
                <w:b/>
                <w:bCs/>
              </w:rPr>
            </w:pPr>
            <w:proofErr w:type="spellStart"/>
            <w:r w:rsidRPr="0059292A">
              <w:rPr>
                <w:b/>
                <w:bCs/>
              </w:rPr>
              <w:t>Прізвище</w:t>
            </w:r>
            <w:proofErr w:type="spellEnd"/>
            <w:r w:rsidRPr="0059292A">
              <w:rPr>
                <w:b/>
                <w:bCs/>
              </w:rPr>
              <w:t xml:space="preserve">, </w:t>
            </w:r>
            <w:proofErr w:type="spellStart"/>
            <w:r w:rsidRPr="0059292A">
              <w:rPr>
                <w:b/>
                <w:bCs/>
              </w:rPr>
              <w:t>ім’я</w:t>
            </w:r>
            <w:proofErr w:type="spellEnd"/>
            <w:r w:rsidRPr="0059292A">
              <w:rPr>
                <w:b/>
                <w:bCs/>
              </w:rPr>
              <w:t xml:space="preserve"> </w:t>
            </w:r>
            <w:proofErr w:type="spellStart"/>
            <w:r w:rsidRPr="0059292A">
              <w:rPr>
                <w:b/>
                <w:bCs/>
              </w:rPr>
              <w:t>спортсмена</w:t>
            </w:r>
            <w:proofErr w:type="spellEnd"/>
          </w:p>
        </w:tc>
        <w:tc>
          <w:tcPr>
            <w:tcW w:w="992" w:type="dxa"/>
          </w:tcPr>
          <w:p w14:paraId="27E63BE2" w14:textId="77777777" w:rsidR="0059292A" w:rsidRPr="0059292A" w:rsidRDefault="0059292A">
            <w:pPr>
              <w:rPr>
                <w:b/>
                <w:bCs/>
              </w:rPr>
            </w:pPr>
            <w:r w:rsidRPr="0059292A">
              <w:rPr>
                <w:b/>
                <w:bCs/>
              </w:rPr>
              <w:t xml:space="preserve">ФСТ, </w:t>
            </w:r>
            <w:proofErr w:type="spellStart"/>
            <w:r w:rsidRPr="0059292A">
              <w:rPr>
                <w:b/>
                <w:bCs/>
              </w:rPr>
              <w:t>відомство</w:t>
            </w:r>
            <w:proofErr w:type="spellEnd"/>
          </w:p>
        </w:tc>
        <w:tc>
          <w:tcPr>
            <w:tcW w:w="1249" w:type="dxa"/>
          </w:tcPr>
          <w:p w14:paraId="46940213" w14:textId="77777777" w:rsidR="0059292A" w:rsidRPr="0059292A" w:rsidRDefault="0059292A">
            <w:pPr>
              <w:rPr>
                <w:b/>
                <w:bCs/>
              </w:rPr>
            </w:pPr>
            <w:proofErr w:type="spellStart"/>
            <w:r w:rsidRPr="0059292A">
              <w:rPr>
                <w:b/>
                <w:bCs/>
              </w:rPr>
              <w:t>Вид</w:t>
            </w:r>
            <w:proofErr w:type="spellEnd"/>
            <w:r w:rsidRPr="0059292A">
              <w:rPr>
                <w:b/>
                <w:bCs/>
              </w:rPr>
              <w:t xml:space="preserve"> </w:t>
            </w:r>
            <w:proofErr w:type="spellStart"/>
            <w:r w:rsidRPr="0059292A">
              <w:rPr>
                <w:b/>
                <w:bCs/>
              </w:rPr>
              <w:t>спорту</w:t>
            </w:r>
            <w:proofErr w:type="spellEnd"/>
          </w:p>
        </w:tc>
        <w:tc>
          <w:tcPr>
            <w:tcW w:w="2437" w:type="dxa"/>
          </w:tcPr>
          <w:p w14:paraId="37207CDA" w14:textId="77777777" w:rsidR="0059292A" w:rsidRPr="0059292A" w:rsidRDefault="0059292A">
            <w:pPr>
              <w:rPr>
                <w:b/>
                <w:bCs/>
                <w:lang w:val="ru-RU"/>
              </w:rPr>
            </w:pPr>
            <w:proofErr w:type="spellStart"/>
            <w:r w:rsidRPr="0059292A">
              <w:rPr>
                <w:b/>
                <w:bCs/>
                <w:lang w:val="ru-RU"/>
              </w:rPr>
              <w:t>Назва</w:t>
            </w:r>
            <w:proofErr w:type="spellEnd"/>
            <w:r w:rsidRPr="0059292A">
              <w:rPr>
                <w:b/>
                <w:bCs/>
                <w:lang w:val="ru-RU"/>
              </w:rPr>
              <w:t xml:space="preserve"> </w:t>
            </w:r>
            <w:proofErr w:type="spellStart"/>
            <w:r w:rsidRPr="0059292A">
              <w:rPr>
                <w:b/>
                <w:bCs/>
                <w:lang w:val="ru-RU"/>
              </w:rPr>
              <w:t>змагань</w:t>
            </w:r>
            <w:proofErr w:type="spellEnd"/>
            <w:r w:rsidRPr="0059292A">
              <w:rPr>
                <w:b/>
                <w:bCs/>
                <w:lang w:val="ru-RU"/>
              </w:rPr>
              <w:t xml:space="preserve">, дата, </w:t>
            </w:r>
            <w:proofErr w:type="spellStart"/>
            <w:r w:rsidRPr="0059292A">
              <w:rPr>
                <w:b/>
                <w:bCs/>
                <w:lang w:val="ru-RU"/>
              </w:rPr>
              <w:t>місце</w:t>
            </w:r>
            <w:proofErr w:type="spellEnd"/>
            <w:r w:rsidRPr="0059292A">
              <w:rPr>
                <w:b/>
                <w:bCs/>
                <w:lang w:val="ru-RU"/>
              </w:rPr>
              <w:t xml:space="preserve"> </w:t>
            </w:r>
            <w:proofErr w:type="spellStart"/>
            <w:r w:rsidRPr="0059292A">
              <w:rPr>
                <w:b/>
                <w:bCs/>
                <w:lang w:val="ru-RU"/>
              </w:rPr>
              <w:t>проведення</w:t>
            </w:r>
            <w:proofErr w:type="spellEnd"/>
          </w:p>
        </w:tc>
        <w:tc>
          <w:tcPr>
            <w:tcW w:w="1275" w:type="dxa"/>
          </w:tcPr>
          <w:p w14:paraId="74628AE3" w14:textId="77777777" w:rsidR="0059292A" w:rsidRPr="0059292A" w:rsidRDefault="0059292A">
            <w:pPr>
              <w:rPr>
                <w:b/>
                <w:bCs/>
              </w:rPr>
            </w:pPr>
            <w:proofErr w:type="spellStart"/>
            <w:r w:rsidRPr="0059292A">
              <w:rPr>
                <w:b/>
                <w:bCs/>
              </w:rPr>
              <w:t>Вид</w:t>
            </w:r>
            <w:proofErr w:type="spellEnd"/>
            <w:r w:rsidRPr="0059292A">
              <w:rPr>
                <w:b/>
                <w:bCs/>
              </w:rPr>
              <w:t xml:space="preserve"> </w:t>
            </w:r>
            <w:proofErr w:type="spellStart"/>
            <w:r w:rsidRPr="0059292A">
              <w:rPr>
                <w:b/>
                <w:bCs/>
              </w:rPr>
              <w:t>програми</w:t>
            </w:r>
            <w:proofErr w:type="spellEnd"/>
            <w:r w:rsidRPr="0059292A">
              <w:rPr>
                <w:b/>
                <w:bCs/>
              </w:rPr>
              <w:t xml:space="preserve">, </w:t>
            </w:r>
            <w:proofErr w:type="spellStart"/>
            <w:r w:rsidRPr="0059292A">
              <w:rPr>
                <w:b/>
                <w:bCs/>
              </w:rPr>
              <w:t>результат</w:t>
            </w:r>
            <w:proofErr w:type="spellEnd"/>
          </w:p>
        </w:tc>
        <w:tc>
          <w:tcPr>
            <w:tcW w:w="1134" w:type="dxa"/>
          </w:tcPr>
          <w:p w14:paraId="0377228D" w14:textId="77777777" w:rsidR="0059292A" w:rsidRPr="0059292A" w:rsidRDefault="0059292A">
            <w:pPr>
              <w:rPr>
                <w:b/>
                <w:bCs/>
              </w:rPr>
            </w:pPr>
            <w:proofErr w:type="spellStart"/>
            <w:r w:rsidRPr="0059292A">
              <w:rPr>
                <w:b/>
                <w:bCs/>
              </w:rPr>
              <w:t>Здобуте</w:t>
            </w:r>
            <w:proofErr w:type="spellEnd"/>
            <w:r w:rsidRPr="0059292A">
              <w:rPr>
                <w:b/>
                <w:bCs/>
              </w:rPr>
              <w:t xml:space="preserve"> </w:t>
            </w:r>
            <w:proofErr w:type="spellStart"/>
            <w:r w:rsidRPr="0059292A">
              <w:rPr>
                <w:b/>
                <w:bCs/>
              </w:rPr>
              <w:t>місце</w:t>
            </w:r>
            <w:proofErr w:type="spellEnd"/>
          </w:p>
        </w:tc>
        <w:tc>
          <w:tcPr>
            <w:tcW w:w="1276" w:type="dxa"/>
          </w:tcPr>
          <w:p w14:paraId="0C7526E9" w14:textId="77777777" w:rsidR="0059292A" w:rsidRPr="0059292A" w:rsidRDefault="0059292A">
            <w:pPr>
              <w:rPr>
                <w:b/>
                <w:bCs/>
                <w:lang w:val="ru-RU"/>
              </w:rPr>
            </w:pPr>
            <w:r w:rsidRPr="0059292A">
              <w:rPr>
                <w:b/>
                <w:bCs/>
                <w:lang w:val="ru-RU"/>
              </w:rPr>
              <w:t>К-</w:t>
            </w:r>
            <w:proofErr w:type="spellStart"/>
            <w:r w:rsidRPr="0059292A">
              <w:rPr>
                <w:b/>
                <w:bCs/>
                <w:lang w:val="ru-RU"/>
              </w:rPr>
              <w:t>сть</w:t>
            </w:r>
            <w:proofErr w:type="spellEnd"/>
            <w:r w:rsidRPr="0059292A">
              <w:rPr>
                <w:b/>
                <w:bCs/>
                <w:lang w:val="ru-RU"/>
              </w:rPr>
              <w:t xml:space="preserve"> </w:t>
            </w:r>
            <w:proofErr w:type="spellStart"/>
            <w:r w:rsidRPr="0059292A">
              <w:rPr>
                <w:b/>
                <w:bCs/>
                <w:lang w:val="ru-RU"/>
              </w:rPr>
              <w:t>очок</w:t>
            </w:r>
            <w:proofErr w:type="spellEnd"/>
            <w:r w:rsidRPr="0059292A">
              <w:rPr>
                <w:b/>
                <w:bCs/>
                <w:lang w:val="ru-RU"/>
              </w:rPr>
              <w:t xml:space="preserve"> за таблицею</w:t>
            </w:r>
          </w:p>
        </w:tc>
        <w:tc>
          <w:tcPr>
            <w:tcW w:w="1559" w:type="dxa"/>
          </w:tcPr>
          <w:p w14:paraId="05626827" w14:textId="77777777" w:rsidR="0059292A" w:rsidRPr="0059292A" w:rsidRDefault="0059292A">
            <w:pPr>
              <w:rPr>
                <w:b/>
                <w:bCs/>
              </w:rPr>
            </w:pPr>
            <w:proofErr w:type="spellStart"/>
            <w:r w:rsidRPr="0059292A">
              <w:rPr>
                <w:b/>
                <w:bCs/>
              </w:rPr>
              <w:t>Прізвище</w:t>
            </w:r>
            <w:proofErr w:type="spellEnd"/>
            <w:r w:rsidRPr="0059292A">
              <w:rPr>
                <w:b/>
                <w:bCs/>
              </w:rPr>
              <w:t xml:space="preserve"> </w:t>
            </w:r>
            <w:proofErr w:type="spellStart"/>
            <w:r w:rsidRPr="0059292A">
              <w:rPr>
                <w:b/>
                <w:bCs/>
              </w:rPr>
              <w:t>та</w:t>
            </w:r>
            <w:proofErr w:type="spellEnd"/>
            <w:r w:rsidRPr="0059292A">
              <w:rPr>
                <w:b/>
                <w:bCs/>
              </w:rPr>
              <w:t xml:space="preserve"> </w:t>
            </w:r>
            <w:proofErr w:type="spellStart"/>
            <w:r w:rsidRPr="0059292A">
              <w:rPr>
                <w:b/>
                <w:bCs/>
              </w:rPr>
              <w:t>ім'я</w:t>
            </w:r>
            <w:proofErr w:type="spellEnd"/>
            <w:r w:rsidRPr="0059292A">
              <w:rPr>
                <w:b/>
                <w:bCs/>
              </w:rPr>
              <w:t xml:space="preserve"> </w:t>
            </w:r>
            <w:proofErr w:type="spellStart"/>
            <w:r w:rsidRPr="0059292A">
              <w:rPr>
                <w:b/>
                <w:bCs/>
              </w:rPr>
              <w:t>тренера</w:t>
            </w:r>
            <w:proofErr w:type="spellEnd"/>
          </w:p>
        </w:tc>
      </w:tr>
      <w:tr w:rsidR="0059292A" w:rsidRPr="0059292A" w14:paraId="77C6820E" w14:textId="77777777" w:rsidTr="0059292A">
        <w:tc>
          <w:tcPr>
            <w:tcW w:w="1844" w:type="dxa"/>
          </w:tcPr>
          <w:p w14:paraId="28B658A3" w14:textId="77777777" w:rsidR="0059292A" w:rsidRPr="0059292A" w:rsidRDefault="0059292A">
            <w:r w:rsidRPr="0059292A">
              <w:t>1)</w:t>
            </w:r>
            <w:proofErr w:type="spellStart"/>
            <w:r w:rsidRPr="0059292A">
              <w:t>Кушнір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Софія</w:t>
            </w:r>
            <w:proofErr w:type="spellEnd"/>
          </w:p>
        </w:tc>
        <w:tc>
          <w:tcPr>
            <w:tcW w:w="992" w:type="dxa"/>
          </w:tcPr>
          <w:p w14:paraId="7673329D" w14:textId="77777777" w:rsidR="0059292A" w:rsidRPr="0059292A" w:rsidRDefault="0059292A">
            <w:proofErr w:type="spellStart"/>
            <w:r w:rsidRPr="0059292A">
              <w:t>Динамо</w:t>
            </w:r>
            <w:proofErr w:type="spellEnd"/>
          </w:p>
        </w:tc>
        <w:tc>
          <w:tcPr>
            <w:tcW w:w="1249" w:type="dxa"/>
          </w:tcPr>
          <w:p w14:paraId="3C69A33A" w14:textId="77777777" w:rsidR="0059292A" w:rsidRPr="0059292A" w:rsidRDefault="0059292A">
            <w:proofErr w:type="spellStart"/>
            <w:r w:rsidRPr="0059292A">
              <w:t>Боротьба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вільної</w:t>
            </w:r>
            <w:proofErr w:type="spellEnd"/>
          </w:p>
        </w:tc>
        <w:tc>
          <w:tcPr>
            <w:tcW w:w="2437" w:type="dxa"/>
          </w:tcPr>
          <w:p w14:paraId="3BA7BB04" w14:textId="77777777" w:rsidR="0059292A" w:rsidRPr="0059292A" w:rsidRDefault="0059292A">
            <w:r w:rsidRPr="0059292A">
              <w:t xml:space="preserve">ЧЕМПІОНАТ УКРАЇНИ </w:t>
            </w:r>
            <w:proofErr w:type="spellStart"/>
            <w:r w:rsidRPr="0059292A">
              <w:t>серед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чоловіків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та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жінок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до</w:t>
            </w:r>
            <w:proofErr w:type="spellEnd"/>
            <w:r w:rsidRPr="0059292A">
              <w:t xml:space="preserve"> 23 </w:t>
            </w:r>
            <w:proofErr w:type="spellStart"/>
            <w:r w:rsidRPr="0059292A">
              <w:t>років</w:t>
            </w:r>
            <w:proofErr w:type="spellEnd"/>
            <w:r w:rsidRPr="0059292A">
              <w:t xml:space="preserve"> (U23) з </w:t>
            </w:r>
            <w:proofErr w:type="spellStart"/>
            <w:r w:rsidRPr="0059292A">
              <w:t>боротьби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вільної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січень</w:t>
            </w:r>
            <w:proofErr w:type="spellEnd"/>
            <w:r w:rsidRPr="0059292A">
              <w:t xml:space="preserve"> 2025</w:t>
            </w:r>
          </w:p>
        </w:tc>
        <w:tc>
          <w:tcPr>
            <w:tcW w:w="1275" w:type="dxa"/>
          </w:tcPr>
          <w:p w14:paraId="2CBE6537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 xml:space="preserve">65 </w:t>
            </w:r>
            <w:proofErr w:type="spellStart"/>
            <w:r w:rsidRPr="0059292A">
              <w:rPr>
                <w:b/>
                <w:bCs/>
              </w:rPr>
              <w:t>кг</w:t>
            </w:r>
            <w:proofErr w:type="spellEnd"/>
          </w:p>
        </w:tc>
        <w:tc>
          <w:tcPr>
            <w:tcW w:w="1134" w:type="dxa"/>
          </w:tcPr>
          <w:p w14:paraId="1F3DC3E0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3</w:t>
            </w:r>
          </w:p>
        </w:tc>
        <w:tc>
          <w:tcPr>
            <w:tcW w:w="1276" w:type="dxa"/>
          </w:tcPr>
          <w:p w14:paraId="1F903A80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200</w:t>
            </w:r>
          </w:p>
        </w:tc>
        <w:tc>
          <w:tcPr>
            <w:tcW w:w="1559" w:type="dxa"/>
          </w:tcPr>
          <w:p w14:paraId="7B20F6F8" w14:textId="77777777" w:rsidR="0059292A" w:rsidRPr="0059292A" w:rsidRDefault="0059292A">
            <w:pPr>
              <w:rPr>
                <w:lang w:val="ru-RU"/>
              </w:rPr>
            </w:pPr>
            <w:r w:rsidRPr="0059292A">
              <w:rPr>
                <w:lang w:val="ru-RU"/>
              </w:rPr>
              <w:t xml:space="preserve"> </w:t>
            </w:r>
            <w:proofErr w:type="spellStart"/>
            <w:r w:rsidRPr="0059292A">
              <w:rPr>
                <w:lang w:val="ru-RU"/>
              </w:rPr>
              <w:t>Кайда</w:t>
            </w:r>
            <w:proofErr w:type="spellEnd"/>
            <w:r w:rsidRPr="0059292A">
              <w:rPr>
                <w:lang w:val="ru-RU"/>
              </w:rPr>
              <w:t xml:space="preserve"> Д. В. Белаш Н. С.</w:t>
            </w:r>
          </w:p>
        </w:tc>
      </w:tr>
      <w:tr w:rsidR="0059292A" w:rsidRPr="0059292A" w14:paraId="4FB169A6" w14:textId="77777777" w:rsidTr="0059292A">
        <w:tc>
          <w:tcPr>
            <w:tcW w:w="1844" w:type="dxa"/>
          </w:tcPr>
          <w:p w14:paraId="15783B9D" w14:textId="77777777" w:rsidR="0059292A" w:rsidRPr="0059292A" w:rsidRDefault="0059292A">
            <w:pPr>
              <w:rPr>
                <w:lang w:val="ru-RU"/>
              </w:rPr>
            </w:pPr>
          </w:p>
        </w:tc>
        <w:tc>
          <w:tcPr>
            <w:tcW w:w="992" w:type="dxa"/>
          </w:tcPr>
          <w:p w14:paraId="4093B87F" w14:textId="77777777" w:rsidR="0059292A" w:rsidRPr="0059292A" w:rsidRDefault="0059292A">
            <w:proofErr w:type="spellStart"/>
            <w:r w:rsidRPr="0059292A">
              <w:t>Динамо</w:t>
            </w:r>
            <w:proofErr w:type="spellEnd"/>
          </w:p>
        </w:tc>
        <w:tc>
          <w:tcPr>
            <w:tcW w:w="1249" w:type="dxa"/>
          </w:tcPr>
          <w:p w14:paraId="7E19BE65" w14:textId="77777777" w:rsidR="0059292A" w:rsidRPr="0059292A" w:rsidRDefault="0059292A">
            <w:proofErr w:type="spellStart"/>
            <w:r w:rsidRPr="0059292A">
              <w:t>Боротьба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вільної</w:t>
            </w:r>
            <w:proofErr w:type="spellEnd"/>
          </w:p>
        </w:tc>
        <w:tc>
          <w:tcPr>
            <w:tcW w:w="2437" w:type="dxa"/>
          </w:tcPr>
          <w:p w14:paraId="3CAA15DD" w14:textId="77777777" w:rsidR="0059292A" w:rsidRPr="0059292A" w:rsidRDefault="0059292A">
            <w:r w:rsidRPr="0059292A">
              <w:rPr>
                <w:lang w:val="ru-RU"/>
              </w:rPr>
              <w:t xml:space="preserve">ЧЕМПІОНАТ УКРАЇНИ </w:t>
            </w:r>
            <w:proofErr w:type="spellStart"/>
            <w:r w:rsidRPr="0059292A">
              <w:rPr>
                <w:lang w:val="ru-RU"/>
              </w:rPr>
              <w:t>серед</w:t>
            </w:r>
            <w:proofErr w:type="spellEnd"/>
            <w:r w:rsidRPr="0059292A">
              <w:rPr>
                <w:lang w:val="ru-RU"/>
              </w:rPr>
              <w:t xml:space="preserve"> </w:t>
            </w:r>
            <w:proofErr w:type="spellStart"/>
            <w:r w:rsidRPr="0059292A">
              <w:rPr>
                <w:lang w:val="ru-RU"/>
              </w:rPr>
              <w:t>чоловиків</w:t>
            </w:r>
            <w:proofErr w:type="spellEnd"/>
            <w:r w:rsidRPr="0059292A">
              <w:rPr>
                <w:lang w:val="ru-RU"/>
              </w:rPr>
              <w:t xml:space="preserve"> та</w:t>
            </w:r>
            <w:r w:rsidRPr="0059292A">
              <w:rPr>
                <w:lang w:val="ru-RU"/>
              </w:rPr>
              <w:br/>
            </w:r>
            <w:proofErr w:type="spellStart"/>
            <w:r w:rsidRPr="0059292A">
              <w:rPr>
                <w:lang w:val="ru-RU"/>
              </w:rPr>
              <w:t>жінок</w:t>
            </w:r>
            <w:proofErr w:type="spellEnd"/>
            <w:r w:rsidRPr="0059292A">
              <w:rPr>
                <w:lang w:val="ru-RU"/>
              </w:rPr>
              <w:t xml:space="preserve"> з </w:t>
            </w:r>
            <w:proofErr w:type="spellStart"/>
            <w:r w:rsidRPr="0059292A">
              <w:rPr>
                <w:lang w:val="ru-RU"/>
              </w:rPr>
              <w:t>боротьби</w:t>
            </w:r>
            <w:proofErr w:type="spellEnd"/>
            <w:r w:rsidRPr="0059292A">
              <w:rPr>
                <w:lang w:val="ru-RU"/>
              </w:rPr>
              <w:t xml:space="preserve"> </w:t>
            </w:r>
            <w:proofErr w:type="spellStart"/>
            <w:r w:rsidRPr="0059292A">
              <w:rPr>
                <w:lang w:val="ru-RU"/>
              </w:rPr>
              <w:t>вільної</w:t>
            </w:r>
            <w:proofErr w:type="spellEnd"/>
            <w:r w:rsidRPr="0059292A">
              <w:rPr>
                <w:lang w:val="ru-RU"/>
              </w:rPr>
              <w:t xml:space="preserve">. </w:t>
            </w:r>
            <w:r w:rsidRPr="0059292A">
              <w:t xml:space="preserve">4-7 </w:t>
            </w:r>
            <w:proofErr w:type="spellStart"/>
            <w:r w:rsidRPr="0059292A">
              <w:t>травня</w:t>
            </w:r>
            <w:proofErr w:type="spellEnd"/>
            <w:r w:rsidRPr="0059292A">
              <w:t xml:space="preserve"> 2025р. м. </w:t>
            </w:r>
            <w:proofErr w:type="spellStart"/>
            <w:r w:rsidRPr="0059292A">
              <w:t>Південне</w:t>
            </w:r>
            <w:proofErr w:type="spellEnd"/>
          </w:p>
        </w:tc>
        <w:tc>
          <w:tcPr>
            <w:tcW w:w="1275" w:type="dxa"/>
          </w:tcPr>
          <w:p w14:paraId="64158BC9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 xml:space="preserve">62 </w:t>
            </w:r>
            <w:proofErr w:type="spellStart"/>
            <w:r w:rsidRPr="0059292A">
              <w:rPr>
                <w:b/>
                <w:bCs/>
              </w:rPr>
              <w:t>кг</w:t>
            </w:r>
            <w:proofErr w:type="spellEnd"/>
          </w:p>
        </w:tc>
        <w:tc>
          <w:tcPr>
            <w:tcW w:w="1134" w:type="dxa"/>
          </w:tcPr>
          <w:p w14:paraId="29A08952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1</w:t>
            </w:r>
          </w:p>
        </w:tc>
        <w:tc>
          <w:tcPr>
            <w:tcW w:w="1276" w:type="dxa"/>
          </w:tcPr>
          <w:p w14:paraId="0EC0C677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300</w:t>
            </w:r>
          </w:p>
        </w:tc>
        <w:tc>
          <w:tcPr>
            <w:tcW w:w="1559" w:type="dxa"/>
          </w:tcPr>
          <w:p w14:paraId="148A7523" w14:textId="77777777" w:rsidR="0059292A" w:rsidRPr="0059292A" w:rsidRDefault="0059292A">
            <w:pPr>
              <w:rPr>
                <w:lang w:val="ru-RU"/>
              </w:rPr>
            </w:pPr>
            <w:r w:rsidRPr="0059292A">
              <w:rPr>
                <w:lang w:val="ru-RU"/>
              </w:rPr>
              <w:t xml:space="preserve"> </w:t>
            </w:r>
            <w:proofErr w:type="spellStart"/>
            <w:r w:rsidRPr="0059292A">
              <w:rPr>
                <w:lang w:val="ru-RU"/>
              </w:rPr>
              <w:t>Кайда</w:t>
            </w:r>
            <w:proofErr w:type="spellEnd"/>
            <w:r w:rsidRPr="0059292A">
              <w:rPr>
                <w:lang w:val="ru-RU"/>
              </w:rPr>
              <w:t xml:space="preserve"> Д. В. Белаш Н. С.</w:t>
            </w:r>
          </w:p>
        </w:tc>
      </w:tr>
      <w:tr w:rsidR="0059292A" w:rsidRPr="0059292A" w14:paraId="2B35F932" w14:textId="77777777" w:rsidTr="0059292A">
        <w:tc>
          <w:tcPr>
            <w:tcW w:w="1844" w:type="dxa"/>
          </w:tcPr>
          <w:p w14:paraId="642EEAFB" w14:textId="77777777" w:rsidR="0059292A" w:rsidRPr="0059292A" w:rsidRDefault="0059292A">
            <w:pPr>
              <w:rPr>
                <w:lang w:val="ru-RU"/>
              </w:rPr>
            </w:pPr>
          </w:p>
        </w:tc>
        <w:tc>
          <w:tcPr>
            <w:tcW w:w="992" w:type="dxa"/>
          </w:tcPr>
          <w:p w14:paraId="76F98BAD" w14:textId="77777777" w:rsidR="0059292A" w:rsidRPr="0059292A" w:rsidRDefault="0059292A">
            <w:proofErr w:type="spellStart"/>
            <w:r w:rsidRPr="0059292A">
              <w:t>Динамо</w:t>
            </w:r>
            <w:proofErr w:type="spellEnd"/>
          </w:p>
        </w:tc>
        <w:tc>
          <w:tcPr>
            <w:tcW w:w="1249" w:type="dxa"/>
          </w:tcPr>
          <w:p w14:paraId="5E706CA6" w14:textId="77777777" w:rsidR="0059292A" w:rsidRPr="0059292A" w:rsidRDefault="0059292A">
            <w:proofErr w:type="spellStart"/>
            <w:r w:rsidRPr="0059292A">
              <w:t>Боротьба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вільної</w:t>
            </w:r>
            <w:proofErr w:type="spellEnd"/>
          </w:p>
        </w:tc>
        <w:tc>
          <w:tcPr>
            <w:tcW w:w="2437" w:type="dxa"/>
          </w:tcPr>
          <w:p w14:paraId="1A04FF70" w14:textId="77777777" w:rsidR="0059292A" w:rsidRPr="0059292A" w:rsidRDefault="0059292A">
            <w:r w:rsidRPr="0059292A">
              <w:rPr>
                <w:lang w:val="ru-RU"/>
              </w:rPr>
              <w:t xml:space="preserve"> КУБОК УКРАЇНИ з </w:t>
            </w:r>
            <w:proofErr w:type="spellStart"/>
            <w:r w:rsidRPr="0059292A">
              <w:rPr>
                <w:lang w:val="ru-RU"/>
              </w:rPr>
              <w:t>боротьби</w:t>
            </w:r>
            <w:proofErr w:type="spellEnd"/>
            <w:r w:rsidRPr="0059292A">
              <w:rPr>
                <w:lang w:val="ru-RU"/>
              </w:rPr>
              <w:t xml:space="preserve"> </w:t>
            </w:r>
            <w:proofErr w:type="spellStart"/>
            <w:r w:rsidRPr="0059292A">
              <w:rPr>
                <w:lang w:val="ru-RU"/>
              </w:rPr>
              <w:t>вільної</w:t>
            </w:r>
            <w:proofErr w:type="spellEnd"/>
            <w:r w:rsidRPr="0059292A">
              <w:rPr>
                <w:lang w:val="ru-RU"/>
              </w:rPr>
              <w:br/>
            </w:r>
            <w:proofErr w:type="spellStart"/>
            <w:r w:rsidRPr="0059292A">
              <w:rPr>
                <w:lang w:val="ru-RU"/>
              </w:rPr>
              <w:t>серед</w:t>
            </w:r>
            <w:proofErr w:type="spellEnd"/>
            <w:r w:rsidRPr="0059292A">
              <w:rPr>
                <w:lang w:val="ru-RU"/>
              </w:rPr>
              <w:t xml:space="preserve"> </w:t>
            </w:r>
            <w:proofErr w:type="spellStart"/>
            <w:r w:rsidRPr="0059292A">
              <w:rPr>
                <w:lang w:val="ru-RU"/>
              </w:rPr>
              <w:t>чоловиків</w:t>
            </w:r>
            <w:proofErr w:type="spellEnd"/>
            <w:r w:rsidRPr="0059292A">
              <w:rPr>
                <w:lang w:val="ru-RU"/>
              </w:rPr>
              <w:t xml:space="preserve"> та </w:t>
            </w:r>
            <w:proofErr w:type="spellStart"/>
            <w:r w:rsidRPr="0059292A">
              <w:rPr>
                <w:lang w:val="ru-RU"/>
              </w:rPr>
              <w:t>жінок</w:t>
            </w:r>
            <w:proofErr w:type="spellEnd"/>
            <w:r w:rsidRPr="0059292A">
              <w:rPr>
                <w:lang w:val="ru-RU"/>
              </w:rPr>
              <w:t xml:space="preserve">. </w:t>
            </w:r>
            <w:r w:rsidRPr="0059292A">
              <w:t xml:space="preserve">28-30.11.2025 м. </w:t>
            </w:r>
            <w:proofErr w:type="spellStart"/>
            <w:r w:rsidRPr="0059292A">
              <w:t>Київ</w:t>
            </w:r>
            <w:proofErr w:type="spellEnd"/>
          </w:p>
        </w:tc>
        <w:tc>
          <w:tcPr>
            <w:tcW w:w="1275" w:type="dxa"/>
          </w:tcPr>
          <w:p w14:paraId="4CC82B14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 xml:space="preserve">68 </w:t>
            </w:r>
            <w:proofErr w:type="spellStart"/>
            <w:r w:rsidRPr="0059292A">
              <w:rPr>
                <w:b/>
                <w:bCs/>
              </w:rPr>
              <w:t>кг</w:t>
            </w:r>
            <w:proofErr w:type="spellEnd"/>
          </w:p>
        </w:tc>
        <w:tc>
          <w:tcPr>
            <w:tcW w:w="1134" w:type="dxa"/>
          </w:tcPr>
          <w:p w14:paraId="36296B5E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7</w:t>
            </w:r>
          </w:p>
        </w:tc>
        <w:tc>
          <w:tcPr>
            <w:tcW w:w="1276" w:type="dxa"/>
          </w:tcPr>
          <w:p w14:paraId="6E08CB77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20</w:t>
            </w:r>
          </w:p>
        </w:tc>
        <w:tc>
          <w:tcPr>
            <w:tcW w:w="1559" w:type="dxa"/>
          </w:tcPr>
          <w:p w14:paraId="627277A9" w14:textId="77777777" w:rsidR="0059292A" w:rsidRPr="0059292A" w:rsidRDefault="0059292A">
            <w:pPr>
              <w:rPr>
                <w:lang w:val="ru-RU"/>
              </w:rPr>
            </w:pPr>
            <w:r w:rsidRPr="0059292A">
              <w:rPr>
                <w:lang w:val="ru-RU"/>
              </w:rPr>
              <w:t xml:space="preserve"> </w:t>
            </w:r>
            <w:proofErr w:type="spellStart"/>
            <w:r w:rsidRPr="0059292A">
              <w:rPr>
                <w:lang w:val="ru-RU"/>
              </w:rPr>
              <w:t>Кайда</w:t>
            </w:r>
            <w:proofErr w:type="spellEnd"/>
            <w:r w:rsidRPr="0059292A">
              <w:rPr>
                <w:lang w:val="ru-RU"/>
              </w:rPr>
              <w:t xml:space="preserve"> Д. В. Белаш Н. С.</w:t>
            </w:r>
          </w:p>
        </w:tc>
      </w:tr>
      <w:tr w:rsidR="0059292A" w:rsidRPr="0059292A" w14:paraId="0214AAB9" w14:textId="77777777" w:rsidTr="0059292A">
        <w:tc>
          <w:tcPr>
            <w:tcW w:w="1844" w:type="dxa"/>
          </w:tcPr>
          <w:p w14:paraId="50A5C0CA" w14:textId="77777777" w:rsidR="0059292A" w:rsidRPr="0059292A" w:rsidRDefault="0059292A">
            <w:r w:rsidRPr="0059292A">
              <w:t>2)</w:t>
            </w:r>
            <w:proofErr w:type="spellStart"/>
            <w:r w:rsidRPr="0059292A">
              <w:t>Бонч-Бруєвич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Марта</w:t>
            </w:r>
            <w:proofErr w:type="spellEnd"/>
          </w:p>
        </w:tc>
        <w:tc>
          <w:tcPr>
            <w:tcW w:w="992" w:type="dxa"/>
          </w:tcPr>
          <w:p w14:paraId="01E1E61F" w14:textId="77777777" w:rsidR="0059292A" w:rsidRPr="0059292A" w:rsidRDefault="0059292A">
            <w:proofErr w:type="spellStart"/>
            <w:r w:rsidRPr="0059292A">
              <w:t>Колос</w:t>
            </w:r>
            <w:proofErr w:type="spellEnd"/>
          </w:p>
        </w:tc>
        <w:tc>
          <w:tcPr>
            <w:tcW w:w="1249" w:type="dxa"/>
          </w:tcPr>
          <w:p w14:paraId="5245D37B" w14:textId="77777777" w:rsidR="0059292A" w:rsidRPr="0059292A" w:rsidRDefault="0059292A">
            <w:proofErr w:type="spellStart"/>
            <w:r w:rsidRPr="0059292A">
              <w:t>Боротьба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вільної</w:t>
            </w:r>
            <w:proofErr w:type="spellEnd"/>
          </w:p>
        </w:tc>
        <w:tc>
          <w:tcPr>
            <w:tcW w:w="2437" w:type="dxa"/>
          </w:tcPr>
          <w:p w14:paraId="5BCEF392" w14:textId="77777777" w:rsidR="0059292A" w:rsidRPr="0059292A" w:rsidRDefault="0059292A">
            <w:r w:rsidRPr="0059292A">
              <w:rPr>
                <w:lang w:val="ru-RU"/>
              </w:rPr>
              <w:t xml:space="preserve">ЧЕМПІОНАТ УКРАЇНИ </w:t>
            </w:r>
            <w:proofErr w:type="spellStart"/>
            <w:r w:rsidRPr="0059292A">
              <w:rPr>
                <w:lang w:val="ru-RU"/>
              </w:rPr>
              <w:t>серед</w:t>
            </w:r>
            <w:proofErr w:type="spellEnd"/>
            <w:r w:rsidRPr="0059292A">
              <w:rPr>
                <w:lang w:val="ru-RU"/>
              </w:rPr>
              <w:t xml:space="preserve"> </w:t>
            </w:r>
            <w:proofErr w:type="spellStart"/>
            <w:r w:rsidRPr="0059292A">
              <w:rPr>
                <w:lang w:val="ru-RU"/>
              </w:rPr>
              <w:t>чоловиків</w:t>
            </w:r>
            <w:proofErr w:type="spellEnd"/>
            <w:r w:rsidRPr="0059292A">
              <w:rPr>
                <w:lang w:val="ru-RU"/>
              </w:rPr>
              <w:t xml:space="preserve"> та</w:t>
            </w:r>
            <w:r w:rsidRPr="0059292A">
              <w:rPr>
                <w:lang w:val="ru-RU"/>
              </w:rPr>
              <w:br/>
            </w:r>
            <w:proofErr w:type="spellStart"/>
            <w:r w:rsidRPr="0059292A">
              <w:rPr>
                <w:lang w:val="ru-RU"/>
              </w:rPr>
              <w:t>жінок</w:t>
            </w:r>
            <w:proofErr w:type="spellEnd"/>
            <w:r w:rsidRPr="0059292A">
              <w:rPr>
                <w:lang w:val="ru-RU"/>
              </w:rPr>
              <w:t xml:space="preserve"> з </w:t>
            </w:r>
            <w:proofErr w:type="spellStart"/>
            <w:r w:rsidRPr="0059292A">
              <w:rPr>
                <w:lang w:val="ru-RU"/>
              </w:rPr>
              <w:t>боротьби</w:t>
            </w:r>
            <w:proofErr w:type="spellEnd"/>
            <w:r w:rsidRPr="0059292A">
              <w:rPr>
                <w:lang w:val="ru-RU"/>
              </w:rPr>
              <w:t xml:space="preserve"> </w:t>
            </w:r>
            <w:proofErr w:type="spellStart"/>
            <w:r w:rsidRPr="0059292A">
              <w:rPr>
                <w:lang w:val="ru-RU"/>
              </w:rPr>
              <w:t>вільної</w:t>
            </w:r>
            <w:proofErr w:type="spellEnd"/>
            <w:r w:rsidRPr="0059292A">
              <w:rPr>
                <w:lang w:val="ru-RU"/>
              </w:rPr>
              <w:t xml:space="preserve">. </w:t>
            </w:r>
            <w:r w:rsidRPr="0059292A">
              <w:t xml:space="preserve">4-7 </w:t>
            </w:r>
            <w:proofErr w:type="spellStart"/>
            <w:r w:rsidRPr="0059292A">
              <w:t>травня</w:t>
            </w:r>
            <w:proofErr w:type="spellEnd"/>
            <w:r w:rsidRPr="0059292A">
              <w:t xml:space="preserve"> 2025р. м. </w:t>
            </w:r>
            <w:proofErr w:type="spellStart"/>
            <w:r w:rsidRPr="0059292A">
              <w:t>Південне</w:t>
            </w:r>
            <w:proofErr w:type="spellEnd"/>
          </w:p>
        </w:tc>
        <w:tc>
          <w:tcPr>
            <w:tcW w:w="1275" w:type="dxa"/>
          </w:tcPr>
          <w:p w14:paraId="2D63095F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 xml:space="preserve">55 </w:t>
            </w:r>
            <w:proofErr w:type="spellStart"/>
            <w:r w:rsidRPr="0059292A">
              <w:rPr>
                <w:b/>
                <w:bCs/>
              </w:rPr>
              <w:t>кг</w:t>
            </w:r>
            <w:proofErr w:type="spellEnd"/>
          </w:p>
        </w:tc>
        <w:tc>
          <w:tcPr>
            <w:tcW w:w="1134" w:type="dxa"/>
          </w:tcPr>
          <w:p w14:paraId="4B6B597A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2</w:t>
            </w:r>
          </w:p>
        </w:tc>
        <w:tc>
          <w:tcPr>
            <w:tcW w:w="1276" w:type="dxa"/>
          </w:tcPr>
          <w:p w14:paraId="70548099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250</w:t>
            </w:r>
          </w:p>
        </w:tc>
        <w:tc>
          <w:tcPr>
            <w:tcW w:w="1559" w:type="dxa"/>
          </w:tcPr>
          <w:p w14:paraId="74D66145" w14:textId="77777777" w:rsidR="0059292A" w:rsidRPr="0059292A" w:rsidRDefault="0059292A">
            <w:pPr>
              <w:rPr>
                <w:lang w:val="ru-RU"/>
              </w:rPr>
            </w:pPr>
            <w:r w:rsidRPr="0059292A">
              <w:rPr>
                <w:lang w:val="ru-RU"/>
              </w:rPr>
              <w:t xml:space="preserve"> Белаш Н. С. </w:t>
            </w:r>
            <w:proofErr w:type="spellStart"/>
            <w:r w:rsidRPr="0059292A">
              <w:rPr>
                <w:lang w:val="ru-RU"/>
              </w:rPr>
              <w:t>Яковець</w:t>
            </w:r>
            <w:proofErr w:type="spellEnd"/>
            <w:r w:rsidRPr="0059292A">
              <w:rPr>
                <w:lang w:val="ru-RU"/>
              </w:rPr>
              <w:t xml:space="preserve"> Т. С</w:t>
            </w:r>
          </w:p>
        </w:tc>
      </w:tr>
      <w:tr w:rsidR="0059292A" w:rsidRPr="0059292A" w14:paraId="195B19A8" w14:textId="77777777" w:rsidTr="0059292A">
        <w:tc>
          <w:tcPr>
            <w:tcW w:w="1844" w:type="dxa"/>
          </w:tcPr>
          <w:p w14:paraId="6DE61F9F" w14:textId="77777777" w:rsidR="0059292A" w:rsidRPr="0059292A" w:rsidRDefault="0059292A">
            <w:pPr>
              <w:rPr>
                <w:lang w:val="ru-RU"/>
              </w:rPr>
            </w:pPr>
          </w:p>
        </w:tc>
        <w:tc>
          <w:tcPr>
            <w:tcW w:w="992" w:type="dxa"/>
          </w:tcPr>
          <w:p w14:paraId="3057FB3F" w14:textId="77777777" w:rsidR="0059292A" w:rsidRPr="0059292A" w:rsidRDefault="0059292A">
            <w:proofErr w:type="spellStart"/>
            <w:r w:rsidRPr="0059292A">
              <w:t>Колос</w:t>
            </w:r>
            <w:proofErr w:type="spellEnd"/>
          </w:p>
        </w:tc>
        <w:tc>
          <w:tcPr>
            <w:tcW w:w="1249" w:type="dxa"/>
          </w:tcPr>
          <w:p w14:paraId="3A4E5A42" w14:textId="77777777" w:rsidR="0059292A" w:rsidRPr="0059292A" w:rsidRDefault="0059292A">
            <w:proofErr w:type="spellStart"/>
            <w:r w:rsidRPr="0059292A">
              <w:t>Боротьба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вільної</w:t>
            </w:r>
            <w:proofErr w:type="spellEnd"/>
          </w:p>
        </w:tc>
        <w:tc>
          <w:tcPr>
            <w:tcW w:w="2437" w:type="dxa"/>
          </w:tcPr>
          <w:p w14:paraId="6AE95C8F" w14:textId="77777777" w:rsidR="0059292A" w:rsidRPr="0059292A" w:rsidRDefault="0059292A">
            <w:r w:rsidRPr="0059292A">
              <w:t xml:space="preserve">ЧЕМПІОНАТ УКРАЇНИ </w:t>
            </w:r>
            <w:proofErr w:type="spellStart"/>
            <w:r w:rsidRPr="0059292A">
              <w:t>серед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чоловіків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та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жінок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до</w:t>
            </w:r>
            <w:proofErr w:type="spellEnd"/>
            <w:r w:rsidRPr="0059292A">
              <w:t xml:space="preserve"> 23 </w:t>
            </w:r>
            <w:proofErr w:type="spellStart"/>
            <w:r w:rsidRPr="0059292A">
              <w:t>років</w:t>
            </w:r>
            <w:proofErr w:type="spellEnd"/>
            <w:r w:rsidRPr="0059292A">
              <w:t xml:space="preserve"> (U23) з </w:t>
            </w:r>
            <w:proofErr w:type="spellStart"/>
            <w:r w:rsidRPr="0059292A">
              <w:t>боротьби</w:t>
            </w:r>
            <w:proofErr w:type="spellEnd"/>
            <w:r w:rsidRPr="0059292A">
              <w:t xml:space="preserve"> </w:t>
            </w:r>
            <w:proofErr w:type="spellStart"/>
            <w:r w:rsidRPr="0059292A">
              <w:lastRenderedPageBreak/>
              <w:t>вільної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січень</w:t>
            </w:r>
            <w:proofErr w:type="spellEnd"/>
            <w:r w:rsidRPr="0059292A">
              <w:t xml:space="preserve"> 2025</w:t>
            </w:r>
          </w:p>
        </w:tc>
        <w:tc>
          <w:tcPr>
            <w:tcW w:w="1275" w:type="dxa"/>
          </w:tcPr>
          <w:p w14:paraId="1590B7D6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lastRenderedPageBreak/>
              <w:t xml:space="preserve">57 </w:t>
            </w:r>
            <w:proofErr w:type="spellStart"/>
            <w:r w:rsidRPr="0059292A">
              <w:rPr>
                <w:b/>
                <w:bCs/>
              </w:rPr>
              <w:t>кг</w:t>
            </w:r>
            <w:proofErr w:type="spellEnd"/>
          </w:p>
        </w:tc>
        <w:tc>
          <w:tcPr>
            <w:tcW w:w="1134" w:type="dxa"/>
          </w:tcPr>
          <w:p w14:paraId="6BE95725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5</w:t>
            </w:r>
          </w:p>
        </w:tc>
        <w:tc>
          <w:tcPr>
            <w:tcW w:w="1276" w:type="dxa"/>
          </w:tcPr>
          <w:p w14:paraId="71C10E70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60</w:t>
            </w:r>
          </w:p>
        </w:tc>
        <w:tc>
          <w:tcPr>
            <w:tcW w:w="1559" w:type="dxa"/>
          </w:tcPr>
          <w:p w14:paraId="1653E363" w14:textId="77777777" w:rsidR="0059292A" w:rsidRPr="0059292A" w:rsidRDefault="0059292A">
            <w:pPr>
              <w:rPr>
                <w:lang w:val="ru-RU"/>
              </w:rPr>
            </w:pPr>
            <w:r w:rsidRPr="0059292A">
              <w:rPr>
                <w:lang w:val="ru-RU"/>
              </w:rPr>
              <w:t xml:space="preserve"> Белаш Н. С. </w:t>
            </w:r>
            <w:proofErr w:type="spellStart"/>
            <w:r w:rsidRPr="0059292A">
              <w:rPr>
                <w:lang w:val="ru-RU"/>
              </w:rPr>
              <w:t>Яковець</w:t>
            </w:r>
            <w:proofErr w:type="spellEnd"/>
            <w:r w:rsidRPr="0059292A">
              <w:rPr>
                <w:lang w:val="ru-RU"/>
              </w:rPr>
              <w:t xml:space="preserve"> Т. С</w:t>
            </w:r>
          </w:p>
        </w:tc>
      </w:tr>
      <w:tr w:rsidR="0059292A" w:rsidRPr="0059292A" w14:paraId="7A24E46A" w14:textId="77777777" w:rsidTr="0059292A">
        <w:tc>
          <w:tcPr>
            <w:tcW w:w="1844" w:type="dxa"/>
          </w:tcPr>
          <w:p w14:paraId="56F3F19C" w14:textId="77777777" w:rsidR="0059292A" w:rsidRPr="0059292A" w:rsidRDefault="0059292A">
            <w:pPr>
              <w:rPr>
                <w:lang w:val="ru-RU"/>
              </w:rPr>
            </w:pPr>
          </w:p>
        </w:tc>
        <w:tc>
          <w:tcPr>
            <w:tcW w:w="992" w:type="dxa"/>
          </w:tcPr>
          <w:p w14:paraId="6788D49F" w14:textId="77777777" w:rsidR="0059292A" w:rsidRPr="0059292A" w:rsidRDefault="0059292A">
            <w:proofErr w:type="spellStart"/>
            <w:r w:rsidRPr="0059292A">
              <w:t>Колос</w:t>
            </w:r>
            <w:proofErr w:type="spellEnd"/>
          </w:p>
        </w:tc>
        <w:tc>
          <w:tcPr>
            <w:tcW w:w="1249" w:type="dxa"/>
          </w:tcPr>
          <w:p w14:paraId="0751C7A2" w14:textId="77777777" w:rsidR="0059292A" w:rsidRPr="0059292A" w:rsidRDefault="0059292A">
            <w:proofErr w:type="spellStart"/>
            <w:r w:rsidRPr="0059292A">
              <w:t>Боротьба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вільної</w:t>
            </w:r>
            <w:proofErr w:type="spellEnd"/>
          </w:p>
        </w:tc>
        <w:tc>
          <w:tcPr>
            <w:tcW w:w="2437" w:type="dxa"/>
          </w:tcPr>
          <w:p w14:paraId="67644C98" w14:textId="77777777" w:rsidR="0059292A" w:rsidRPr="0059292A" w:rsidRDefault="0059292A">
            <w:r w:rsidRPr="0059292A">
              <w:t xml:space="preserve">ЧЕМПІОНАТ УКРАЇНИ (U-20) з </w:t>
            </w:r>
            <w:proofErr w:type="spellStart"/>
            <w:r w:rsidRPr="0059292A">
              <w:t>боротьби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вільної</w:t>
            </w:r>
            <w:proofErr w:type="spellEnd"/>
            <w:r w:rsidRPr="0059292A">
              <w:t xml:space="preserve"> м. </w:t>
            </w:r>
            <w:proofErr w:type="spellStart"/>
            <w:r w:rsidRPr="0059292A">
              <w:t>Хмельницький</w:t>
            </w:r>
            <w:proofErr w:type="spellEnd"/>
            <w:r w:rsidRPr="0059292A">
              <w:t xml:space="preserve"> 8-11.04.2025</w:t>
            </w:r>
          </w:p>
        </w:tc>
        <w:tc>
          <w:tcPr>
            <w:tcW w:w="1275" w:type="dxa"/>
          </w:tcPr>
          <w:p w14:paraId="0DDB4CA5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 xml:space="preserve">55 </w:t>
            </w:r>
            <w:proofErr w:type="spellStart"/>
            <w:r w:rsidRPr="0059292A">
              <w:rPr>
                <w:b/>
                <w:bCs/>
              </w:rPr>
              <w:t>кг</w:t>
            </w:r>
            <w:proofErr w:type="spellEnd"/>
          </w:p>
        </w:tc>
        <w:tc>
          <w:tcPr>
            <w:tcW w:w="1134" w:type="dxa"/>
          </w:tcPr>
          <w:p w14:paraId="31181F39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4</w:t>
            </w:r>
          </w:p>
        </w:tc>
        <w:tc>
          <w:tcPr>
            <w:tcW w:w="1276" w:type="dxa"/>
          </w:tcPr>
          <w:p w14:paraId="057299EA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40</w:t>
            </w:r>
          </w:p>
        </w:tc>
        <w:tc>
          <w:tcPr>
            <w:tcW w:w="1559" w:type="dxa"/>
          </w:tcPr>
          <w:p w14:paraId="18874F12" w14:textId="77777777" w:rsidR="0059292A" w:rsidRPr="0059292A" w:rsidRDefault="0059292A">
            <w:pPr>
              <w:rPr>
                <w:lang w:val="ru-RU"/>
              </w:rPr>
            </w:pPr>
            <w:r w:rsidRPr="0059292A">
              <w:rPr>
                <w:lang w:val="ru-RU"/>
              </w:rPr>
              <w:t xml:space="preserve"> Белаш Н. С. </w:t>
            </w:r>
            <w:proofErr w:type="spellStart"/>
            <w:r w:rsidRPr="0059292A">
              <w:rPr>
                <w:lang w:val="ru-RU"/>
              </w:rPr>
              <w:t>Яковець</w:t>
            </w:r>
            <w:proofErr w:type="spellEnd"/>
            <w:r w:rsidRPr="0059292A">
              <w:rPr>
                <w:lang w:val="ru-RU"/>
              </w:rPr>
              <w:t xml:space="preserve"> Т. С</w:t>
            </w:r>
          </w:p>
        </w:tc>
      </w:tr>
      <w:tr w:rsidR="0059292A" w:rsidRPr="0059292A" w14:paraId="538FE400" w14:textId="77777777" w:rsidTr="0059292A">
        <w:tc>
          <w:tcPr>
            <w:tcW w:w="1844" w:type="dxa"/>
          </w:tcPr>
          <w:p w14:paraId="745BA540" w14:textId="77777777" w:rsidR="0059292A" w:rsidRPr="0059292A" w:rsidRDefault="0059292A">
            <w:pPr>
              <w:rPr>
                <w:lang w:val="ru-RU"/>
              </w:rPr>
            </w:pPr>
          </w:p>
        </w:tc>
        <w:tc>
          <w:tcPr>
            <w:tcW w:w="992" w:type="dxa"/>
          </w:tcPr>
          <w:p w14:paraId="7ADF8AFF" w14:textId="77777777" w:rsidR="0059292A" w:rsidRPr="0059292A" w:rsidRDefault="0059292A">
            <w:proofErr w:type="spellStart"/>
            <w:r w:rsidRPr="0059292A">
              <w:t>Колос</w:t>
            </w:r>
            <w:proofErr w:type="spellEnd"/>
          </w:p>
        </w:tc>
        <w:tc>
          <w:tcPr>
            <w:tcW w:w="1249" w:type="dxa"/>
          </w:tcPr>
          <w:p w14:paraId="6CE4577D" w14:textId="77777777" w:rsidR="0059292A" w:rsidRPr="0059292A" w:rsidRDefault="0059292A">
            <w:proofErr w:type="spellStart"/>
            <w:r w:rsidRPr="0059292A">
              <w:t>Боротьба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вільної</w:t>
            </w:r>
            <w:proofErr w:type="spellEnd"/>
          </w:p>
        </w:tc>
        <w:tc>
          <w:tcPr>
            <w:tcW w:w="2437" w:type="dxa"/>
          </w:tcPr>
          <w:p w14:paraId="0EFD442F" w14:textId="77777777" w:rsidR="0059292A" w:rsidRPr="0059292A" w:rsidRDefault="0059292A">
            <w:r w:rsidRPr="0059292A">
              <w:rPr>
                <w:lang w:val="ru-RU"/>
              </w:rPr>
              <w:t xml:space="preserve"> КУБОК УКРАЇНИ з </w:t>
            </w:r>
            <w:proofErr w:type="spellStart"/>
            <w:r w:rsidRPr="0059292A">
              <w:rPr>
                <w:lang w:val="ru-RU"/>
              </w:rPr>
              <w:t>боротьби</w:t>
            </w:r>
            <w:proofErr w:type="spellEnd"/>
            <w:r w:rsidRPr="0059292A">
              <w:rPr>
                <w:lang w:val="ru-RU"/>
              </w:rPr>
              <w:t xml:space="preserve"> </w:t>
            </w:r>
            <w:proofErr w:type="spellStart"/>
            <w:r w:rsidRPr="0059292A">
              <w:rPr>
                <w:lang w:val="ru-RU"/>
              </w:rPr>
              <w:t>вільної</w:t>
            </w:r>
            <w:proofErr w:type="spellEnd"/>
            <w:r w:rsidRPr="0059292A">
              <w:rPr>
                <w:lang w:val="ru-RU"/>
              </w:rPr>
              <w:br/>
            </w:r>
            <w:proofErr w:type="spellStart"/>
            <w:r w:rsidRPr="0059292A">
              <w:rPr>
                <w:lang w:val="ru-RU"/>
              </w:rPr>
              <w:t>серед</w:t>
            </w:r>
            <w:proofErr w:type="spellEnd"/>
            <w:r w:rsidRPr="0059292A">
              <w:rPr>
                <w:lang w:val="ru-RU"/>
              </w:rPr>
              <w:t xml:space="preserve"> </w:t>
            </w:r>
            <w:proofErr w:type="spellStart"/>
            <w:r w:rsidRPr="0059292A">
              <w:rPr>
                <w:lang w:val="ru-RU"/>
              </w:rPr>
              <w:t>чоловиків</w:t>
            </w:r>
            <w:proofErr w:type="spellEnd"/>
            <w:r w:rsidRPr="0059292A">
              <w:rPr>
                <w:lang w:val="ru-RU"/>
              </w:rPr>
              <w:t xml:space="preserve"> та </w:t>
            </w:r>
            <w:proofErr w:type="spellStart"/>
            <w:r w:rsidRPr="0059292A">
              <w:rPr>
                <w:lang w:val="ru-RU"/>
              </w:rPr>
              <w:t>жінок</w:t>
            </w:r>
            <w:proofErr w:type="spellEnd"/>
            <w:r w:rsidRPr="0059292A">
              <w:rPr>
                <w:lang w:val="ru-RU"/>
              </w:rPr>
              <w:t xml:space="preserve">. </w:t>
            </w:r>
            <w:r w:rsidRPr="0059292A">
              <w:t xml:space="preserve">28-30.11.2025 м. </w:t>
            </w:r>
            <w:proofErr w:type="spellStart"/>
            <w:r w:rsidRPr="0059292A">
              <w:t>Київ</w:t>
            </w:r>
            <w:proofErr w:type="spellEnd"/>
          </w:p>
        </w:tc>
        <w:tc>
          <w:tcPr>
            <w:tcW w:w="1275" w:type="dxa"/>
          </w:tcPr>
          <w:p w14:paraId="252D7699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 xml:space="preserve">57 </w:t>
            </w:r>
            <w:proofErr w:type="spellStart"/>
            <w:r w:rsidRPr="0059292A">
              <w:rPr>
                <w:b/>
                <w:bCs/>
              </w:rPr>
              <w:t>кг</w:t>
            </w:r>
            <w:proofErr w:type="spellEnd"/>
          </w:p>
        </w:tc>
        <w:tc>
          <w:tcPr>
            <w:tcW w:w="1134" w:type="dxa"/>
          </w:tcPr>
          <w:p w14:paraId="5C2B95E9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7</w:t>
            </w:r>
          </w:p>
        </w:tc>
        <w:tc>
          <w:tcPr>
            <w:tcW w:w="1276" w:type="dxa"/>
          </w:tcPr>
          <w:p w14:paraId="0F22ECAE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20</w:t>
            </w:r>
          </w:p>
        </w:tc>
        <w:tc>
          <w:tcPr>
            <w:tcW w:w="1559" w:type="dxa"/>
          </w:tcPr>
          <w:p w14:paraId="49DE8B4E" w14:textId="77777777" w:rsidR="0059292A" w:rsidRPr="0059292A" w:rsidRDefault="0059292A">
            <w:pPr>
              <w:rPr>
                <w:lang w:val="ru-RU"/>
              </w:rPr>
            </w:pPr>
            <w:r w:rsidRPr="0059292A">
              <w:rPr>
                <w:lang w:val="ru-RU"/>
              </w:rPr>
              <w:t xml:space="preserve"> Белаш Н. С. </w:t>
            </w:r>
            <w:proofErr w:type="spellStart"/>
            <w:r w:rsidRPr="0059292A">
              <w:rPr>
                <w:lang w:val="ru-RU"/>
              </w:rPr>
              <w:t>Яковець</w:t>
            </w:r>
            <w:proofErr w:type="spellEnd"/>
            <w:r w:rsidRPr="0059292A">
              <w:rPr>
                <w:lang w:val="ru-RU"/>
              </w:rPr>
              <w:t xml:space="preserve"> Т. С</w:t>
            </w:r>
          </w:p>
        </w:tc>
      </w:tr>
      <w:tr w:rsidR="0059292A" w:rsidRPr="0059292A" w14:paraId="51B96BBA" w14:textId="77777777" w:rsidTr="0059292A">
        <w:tc>
          <w:tcPr>
            <w:tcW w:w="1844" w:type="dxa"/>
          </w:tcPr>
          <w:p w14:paraId="522AAFDC" w14:textId="77777777" w:rsidR="0059292A" w:rsidRPr="0059292A" w:rsidRDefault="0059292A">
            <w:r w:rsidRPr="0059292A">
              <w:t>3)</w:t>
            </w:r>
            <w:proofErr w:type="spellStart"/>
            <w:r w:rsidRPr="0059292A">
              <w:t>Мацелик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Соломія</w:t>
            </w:r>
            <w:proofErr w:type="spellEnd"/>
          </w:p>
        </w:tc>
        <w:tc>
          <w:tcPr>
            <w:tcW w:w="992" w:type="dxa"/>
          </w:tcPr>
          <w:p w14:paraId="4AA97F49" w14:textId="77777777" w:rsidR="0059292A" w:rsidRPr="0059292A" w:rsidRDefault="0059292A">
            <w:proofErr w:type="spellStart"/>
            <w:r w:rsidRPr="0059292A">
              <w:t>Динамо</w:t>
            </w:r>
            <w:proofErr w:type="spellEnd"/>
          </w:p>
        </w:tc>
        <w:tc>
          <w:tcPr>
            <w:tcW w:w="1249" w:type="dxa"/>
          </w:tcPr>
          <w:p w14:paraId="6384F0BA" w14:textId="77777777" w:rsidR="0059292A" w:rsidRPr="0059292A" w:rsidRDefault="0059292A">
            <w:proofErr w:type="spellStart"/>
            <w:r w:rsidRPr="0059292A">
              <w:t>Боротьба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вільної</w:t>
            </w:r>
            <w:proofErr w:type="spellEnd"/>
          </w:p>
        </w:tc>
        <w:tc>
          <w:tcPr>
            <w:tcW w:w="2437" w:type="dxa"/>
          </w:tcPr>
          <w:p w14:paraId="7E140E45" w14:textId="77777777" w:rsidR="0059292A" w:rsidRPr="0059292A" w:rsidRDefault="0059292A">
            <w:r w:rsidRPr="0059292A">
              <w:rPr>
                <w:lang w:val="ru-RU"/>
              </w:rPr>
              <w:t xml:space="preserve">ЧЕМПІОНАТ УКРАЇНИ </w:t>
            </w:r>
            <w:proofErr w:type="spellStart"/>
            <w:r w:rsidRPr="0059292A">
              <w:rPr>
                <w:lang w:val="ru-RU"/>
              </w:rPr>
              <w:t>серед</w:t>
            </w:r>
            <w:proofErr w:type="spellEnd"/>
            <w:r w:rsidRPr="0059292A">
              <w:rPr>
                <w:lang w:val="ru-RU"/>
              </w:rPr>
              <w:t xml:space="preserve"> </w:t>
            </w:r>
            <w:proofErr w:type="spellStart"/>
            <w:r w:rsidRPr="0059292A">
              <w:rPr>
                <w:lang w:val="ru-RU"/>
              </w:rPr>
              <w:t>чоловиків</w:t>
            </w:r>
            <w:proofErr w:type="spellEnd"/>
            <w:r w:rsidRPr="0059292A">
              <w:rPr>
                <w:lang w:val="ru-RU"/>
              </w:rPr>
              <w:t xml:space="preserve"> та</w:t>
            </w:r>
            <w:r w:rsidRPr="0059292A">
              <w:rPr>
                <w:lang w:val="ru-RU"/>
              </w:rPr>
              <w:br/>
            </w:r>
            <w:proofErr w:type="spellStart"/>
            <w:r w:rsidRPr="0059292A">
              <w:rPr>
                <w:lang w:val="ru-RU"/>
              </w:rPr>
              <w:t>жінок</w:t>
            </w:r>
            <w:proofErr w:type="spellEnd"/>
            <w:r w:rsidRPr="0059292A">
              <w:rPr>
                <w:lang w:val="ru-RU"/>
              </w:rPr>
              <w:t xml:space="preserve"> з </w:t>
            </w:r>
            <w:proofErr w:type="spellStart"/>
            <w:r w:rsidRPr="0059292A">
              <w:rPr>
                <w:lang w:val="ru-RU"/>
              </w:rPr>
              <w:t>боротьби</w:t>
            </w:r>
            <w:proofErr w:type="spellEnd"/>
            <w:r w:rsidRPr="0059292A">
              <w:rPr>
                <w:lang w:val="ru-RU"/>
              </w:rPr>
              <w:t xml:space="preserve"> </w:t>
            </w:r>
            <w:proofErr w:type="spellStart"/>
            <w:r w:rsidRPr="0059292A">
              <w:rPr>
                <w:lang w:val="ru-RU"/>
              </w:rPr>
              <w:t>вільної</w:t>
            </w:r>
            <w:proofErr w:type="spellEnd"/>
            <w:r w:rsidRPr="0059292A">
              <w:rPr>
                <w:lang w:val="ru-RU"/>
              </w:rPr>
              <w:t xml:space="preserve">. </w:t>
            </w:r>
            <w:r w:rsidRPr="0059292A">
              <w:t xml:space="preserve">4-7 </w:t>
            </w:r>
            <w:proofErr w:type="spellStart"/>
            <w:r w:rsidRPr="0059292A">
              <w:t>травня</w:t>
            </w:r>
            <w:proofErr w:type="spellEnd"/>
            <w:r w:rsidRPr="0059292A">
              <w:t xml:space="preserve"> 2025р. м. </w:t>
            </w:r>
            <w:proofErr w:type="spellStart"/>
            <w:r w:rsidRPr="0059292A">
              <w:t>Південне</w:t>
            </w:r>
            <w:proofErr w:type="spellEnd"/>
          </w:p>
        </w:tc>
        <w:tc>
          <w:tcPr>
            <w:tcW w:w="1275" w:type="dxa"/>
          </w:tcPr>
          <w:p w14:paraId="62747330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 xml:space="preserve">65 </w:t>
            </w:r>
            <w:proofErr w:type="spellStart"/>
            <w:r w:rsidRPr="0059292A">
              <w:rPr>
                <w:b/>
                <w:bCs/>
              </w:rPr>
              <w:t>кг</w:t>
            </w:r>
            <w:proofErr w:type="spellEnd"/>
          </w:p>
        </w:tc>
        <w:tc>
          <w:tcPr>
            <w:tcW w:w="1134" w:type="dxa"/>
          </w:tcPr>
          <w:p w14:paraId="2873D7AC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3</w:t>
            </w:r>
          </w:p>
        </w:tc>
        <w:tc>
          <w:tcPr>
            <w:tcW w:w="1276" w:type="dxa"/>
          </w:tcPr>
          <w:p w14:paraId="7F25B626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200</w:t>
            </w:r>
          </w:p>
        </w:tc>
        <w:tc>
          <w:tcPr>
            <w:tcW w:w="1559" w:type="dxa"/>
          </w:tcPr>
          <w:p w14:paraId="64C9D9BF" w14:textId="77777777" w:rsidR="0059292A" w:rsidRPr="0059292A" w:rsidRDefault="0059292A">
            <w:pPr>
              <w:rPr>
                <w:lang w:val="ru-RU"/>
              </w:rPr>
            </w:pPr>
            <w:proofErr w:type="spellStart"/>
            <w:r w:rsidRPr="0059292A">
              <w:rPr>
                <w:lang w:val="ru-RU"/>
              </w:rPr>
              <w:t>Скобельський</w:t>
            </w:r>
            <w:proofErr w:type="spellEnd"/>
            <w:r w:rsidRPr="0059292A">
              <w:rPr>
                <w:lang w:val="ru-RU"/>
              </w:rPr>
              <w:t xml:space="preserve"> О. З., </w:t>
            </w:r>
            <w:proofErr w:type="spellStart"/>
            <w:r w:rsidRPr="0059292A">
              <w:rPr>
                <w:lang w:val="ru-RU"/>
              </w:rPr>
              <w:t>Скумін</w:t>
            </w:r>
            <w:proofErr w:type="spellEnd"/>
            <w:r w:rsidRPr="0059292A">
              <w:rPr>
                <w:lang w:val="ru-RU"/>
              </w:rPr>
              <w:t xml:space="preserve"> С. В.</w:t>
            </w:r>
          </w:p>
        </w:tc>
      </w:tr>
      <w:tr w:rsidR="0059292A" w:rsidRPr="0059292A" w14:paraId="16EF2E99" w14:textId="77777777" w:rsidTr="0059292A">
        <w:tc>
          <w:tcPr>
            <w:tcW w:w="1844" w:type="dxa"/>
          </w:tcPr>
          <w:p w14:paraId="5166A466" w14:textId="77777777" w:rsidR="0059292A" w:rsidRPr="0059292A" w:rsidRDefault="0059292A">
            <w:pPr>
              <w:rPr>
                <w:lang w:val="ru-RU"/>
              </w:rPr>
            </w:pPr>
          </w:p>
        </w:tc>
        <w:tc>
          <w:tcPr>
            <w:tcW w:w="992" w:type="dxa"/>
          </w:tcPr>
          <w:p w14:paraId="69BDB11F" w14:textId="77777777" w:rsidR="0059292A" w:rsidRPr="0059292A" w:rsidRDefault="0059292A">
            <w:proofErr w:type="spellStart"/>
            <w:r w:rsidRPr="0059292A">
              <w:t>Динамо</w:t>
            </w:r>
            <w:proofErr w:type="spellEnd"/>
          </w:p>
        </w:tc>
        <w:tc>
          <w:tcPr>
            <w:tcW w:w="1249" w:type="dxa"/>
          </w:tcPr>
          <w:p w14:paraId="2D40EAD3" w14:textId="77777777" w:rsidR="0059292A" w:rsidRPr="0059292A" w:rsidRDefault="0059292A">
            <w:proofErr w:type="spellStart"/>
            <w:r w:rsidRPr="0059292A">
              <w:t>Боротьба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вільної</w:t>
            </w:r>
            <w:proofErr w:type="spellEnd"/>
          </w:p>
        </w:tc>
        <w:tc>
          <w:tcPr>
            <w:tcW w:w="2437" w:type="dxa"/>
          </w:tcPr>
          <w:p w14:paraId="2E7D5E18" w14:textId="77777777" w:rsidR="0059292A" w:rsidRPr="0059292A" w:rsidRDefault="0059292A">
            <w:r w:rsidRPr="0059292A">
              <w:t xml:space="preserve">ЧЕМПІОНАТ УКРАЇНИ (U-20) з </w:t>
            </w:r>
            <w:proofErr w:type="spellStart"/>
            <w:r w:rsidRPr="0059292A">
              <w:t>боротьби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вільної</w:t>
            </w:r>
            <w:proofErr w:type="spellEnd"/>
            <w:r w:rsidRPr="0059292A">
              <w:t xml:space="preserve"> м. </w:t>
            </w:r>
            <w:proofErr w:type="spellStart"/>
            <w:r w:rsidRPr="0059292A">
              <w:t>Хмельницький</w:t>
            </w:r>
            <w:proofErr w:type="spellEnd"/>
            <w:r w:rsidRPr="0059292A">
              <w:t xml:space="preserve"> 8-11.04.2025</w:t>
            </w:r>
          </w:p>
        </w:tc>
        <w:tc>
          <w:tcPr>
            <w:tcW w:w="1275" w:type="dxa"/>
          </w:tcPr>
          <w:p w14:paraId="1A8F9676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 xml:space="preserve">65 </w:t>
            </w:r>
            <w:proofErr w:type="spellStart"/>
            <w:r w:rsidRPr="0059292A">
              <w:rPr>
                <w:b/>
                <w:bCs/>
              </w:rPr>
              <w:t>кг</w:t>
            </w:r>
            <w:proofErr w:type="spellEnd"/>
          </w:p>
        </w:tc>
        <w:tc>
          <w:tcPr>
            <w:tcW w:w="1134" w:type="dxa"/>
          </w:tcPr>
          <w:p w14:paraId="118BFB3F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1</w:t>
            </w:r>
          </w:p>
        </w:tc>
        <w:tc>
          <w:tcPr>
            <w:tcW w:w="1276" w:type="dxa"/>
          </w:tcPr>
          <w:p w14:paraId="42325336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150</w:t>
            </w:r>
          </w:p>
        </w:tc>
        <w:tc>
          <w:tcPr>
            <w:tcW w:w="1559" w:type="dxa"/>
          </w:tcPr>
          <w:p w14:paraId="1FAF28B8" w14:textId="77777777" w:rsidR="0059292A" w:rsidRPr="0059292A" w:rsidRDefault="0059292A">
            <w:pPr>
              <w:rPr>
                <w:lang w:val="ru-RU"/>
              </w:rPr>
            </w:pPr>
            <w:proofErr w:type="spellStart"/>
            <w:r w:rsidRPr="0059292A">
              <w:rPr>
                <w:lang w:val="ru-RU"/>
              </w:rPr>
              <w:t>Скобельський</w:t>
            </w:r>
            <w:proofErr w:type="spellEnd"/>
            <w:r w:rsidRPr="0059292A">
              <w:rPr>
                <w:lang w:val="ru-RU"/>
              </w:rPr>
              <w:t xml:space="preserve"> О. З., </w:t>
            </w:r>
            <w:proofErr w:type="spellStart"/>
            <w:r w:rsidRPr="0059292A">
              <w:rPr>
                <w:lang w:val="ru-RU"/>
              </w:rPr>
              <w:t>Скумін</w:t>
            </w:r>
            <w:proofErr w:type="spellEnd"/>
            <w:r w:rsidRPr="0059292A">
              <w:rPr>
                <w:lang w:val="ru-RU"/>
              </w:rPr>
              <w:t xml:space="preserve"> С. В.</w:t>
            </w:r>
          </w:p>
        </w:tc>
      </w:tr>
      <w:tr w:rsidR="0059292A" w:rsidRPr="0059292A" w14:paraId="3F74800D" w14:textId="77777777" w:rsidTr="0059292A">
        <w:tc>
          <w:tcPr>
            <w:tcW w:w="1844" w:type="dxa"/>
          </w:tcPr>
          <w:p w14:paraId="70DB5F5F" w14:textId="77777777" w:rsidR="0059292A" w:rsidRPr="0059292A" w:rsidRDefault="0059292A">
            <w:r w:rsidRPr="0059292A">
              <w:t>4)</w:t>
            </w:r>
            <w:proofErr w:type="spellStart"/>
            <w:r w:rsidRPr="0059292A">
              <w:t>Сосюк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Іванна</w:t>
            </w:r>
            <w:proofErr w:type="spellEnd"/>
          </w:p>
        </w:tc>
        <w:tc>
          <w:tcPr>
            <w:tcW w:w="992" w:type="dxa"/>
          </w:tcPr>
          <w:p w14:paraId="2AE6BDC4" w14:textId="77777777" w:rsidR="0059292A" w:rsidRPr="0059292A" w:rsidRDefault="0059292A">
            <w:proofErr w:type="spellStart"/>
            <w:r w:rsidRPr="0059292A">
              <w:t>Колос</w:t>
            </w:r>
            <w:proofErr w:type="spellEnd"/>
          </w:p>
        </w:tc>
        <w:tc>
          <w:tcPr>
            <w:tcW w:w="1249" w:type="dxa"/>
          </w:tcPr>
          <w:p w14:paraId="710AE496" w14:textId="77777777" w:rsidR="0059292A" w:rsidRPr="0059292A" w:rsidRDefault="0059292A">
            <w:proofErr w:type="spellStart"/>
            <w:r w:rsidRPr="0059292A">
              <w:t>Боротьба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вільної</w:t>
            </w:r>
            <w:proofErr w:type="spellEnd"/>
          </w:p>
        </w:tc>
        <w:tc>
          <w:tcPr>
            <w:tcW w:w="2437" w:type="dxa"/>
          </w:tcPr>
          <w:p w14:paraId="49F04D45" w14:textId="77777777" w:rsidR="0059292A" w:rsidRPr="0059292A" w:rsidRDefault="0059292A">
            <w:r w:rsidRPr="0059292A">
              <w:rPr>
                <w:lang w:val="ru-RU"/>
              </w:rPr>
              <w:t xml:space="preserve"> КУБОК УКРАЇНИ з </w:t>
            </w:r>
            <w:proofErr w:type="spellStart"/>
            <w:r w:rsidRPr="0059292A">
              <w:rPr>
                <w:lang w:val="ru-RU"/>
              </w:rPr>
              <w:t>боротьби</w:t>
            </w:r>
            <w:proofErr w:type="spellEnd"/>
            <w:r w:rsidRPr="0059292A">
              <w:rPr>
                <w:lang w:val="ru-RU"/>
              </w:rPr>
              <w:t xml:space="preserve"> </w:t>
            </w:r>
            <w:proofErr w:type="spellStart"/>
            <w:r w:rsidRPr="0059292A">
              <w:rPr>
                <w:lang w:val="ru-RU"/>
              </w:rPr>
              <w:t>вільної</w:t>
            </w:r>
            <w:proofErr w:type="spellEnd"/>
            <w:r w:rsidRPr="0059292A">
              <w:rPr>
                <w:lang w:val="ru-RU"/>
              </w:rPr>
              <w:br/>
            </w:r>
            <w:proofErr w:type="spellStart"/>
            <w:r w:rsidRPr="0059292A">
              <w:rPr>
                <w:lang w:val="ru-RU"/>
              </w:rPr>
              <w:t>серед</w:t>
            </w:r>
            <w:proofErr w:type="spellEnd"/>
            <w:r w:rsidRPr="0059292A">
              <w:rPr>
                <w:lang w:val="ru-RU"/>
              </w:rPr>
              <w:t xml:space="preserve"> </w:t>
            </w:r>
            <w:proofErr w:type="spellStart"/>
            <w:r w:rsidRPr="0059292A">
              <w:rPr>
                <w:lang w:val="ru-RU"/>
              </w:rPr>
              <w:t>чоловиків</w:t>
            </w:r>
            <w:proofErr w:type="spellEnd"/>
            <w:r w:rsidRPr="0059292A">
              <w:rPr>
                <w:lang w:val="ru-RU"/>
              </w:rPr>
              <w:t xml:space="preserve"> та </w:t>
            </w:r>
            <w:proofErr w:type="spellStart"/>
            <w:r w:rsidRPr="0059292A">
              <w:rPr>
                <w:lang w:val="ru-RU"/>
              </w:rPr>
              <w:t>жінок</w:t>
            </w:r>
            <w:proofErr w:type="spellEnd"/>
            <w:r w:rsidRPr="0059292A">
              <w:rPr>
                <w:lang w:val="ru-RU"/>
              </w:rPr>
              <w:t xml:space="preserve">. </w:t>
            </w:r>
            <w:r w:rsidRPr="0059292A">
              <w:t xml:space="preserve">28-30.11.2025 м. </w:t>
            </w:r>
            <w:proofErr w:type="spellStart"/>
            <w:r w:rsidRPr="0059292A">
              <w:t>Київ</w:t>
            </w:r>
            <w:proofErr w:type="spellEnd"/>
          </w:p>
        </w:tc>
        <w:tc>
          <w:tcPr>
            <w:tcW w:w="1275" w:type="dxa"/>
          </w:tcPr>
          <w:p w14:paraId="22D136CC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 xml:space="preserve">65 </w:t>
            </w:r>
            <w:proofErr w:type="spellStart"/>
            <w:r w:rsidRPr="0059292A">
              <w:rPr>
                <w:b/>
                <w:bCs/>
              </w:rPr>
              <w:t>кг</w:t>
            </w:r>
            <w:proofErr w:type="spellEnd"/>
          </w:p>
        </w:tc>
        <w:tc>
          <w:tcPr>
            <w:tcW w:w="1134" w:type="dxa"/>
          </w:tcPr>
          <w:p w14:paraId="4F2FE4B5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3</w:t>
            </w:r>
          </w:p>
        </w:tc>
        <w:tc>
          <w:tcPr>
            <w:tcW w:w="1276" w:type="dxa"/>
          </w:tcPr>
          <w:p w14:paraId="7B65E139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100</w:t>
            </w:r>
          </w:p>
        </w:tc>
        <w:tc>
          <w:tcPr>
            <w:tcW w:w="1559" w:type="dxa"/>
          </w:tcPr>
          <w:p w14:paraId="0E7E3003" w14:textId="77777777" w:rsidR="0059292A" w:rsidRPr="0059292A" w:rsidRDefault="0059292A">
            <w:pPr>
              <w:rPr>
                <w:lang w:val="ru-RU"/>
              </w:rPr>
            </w:pPr>
            <w:proofErr w:type="spellStart"/>
            <w:r w:rsidRPr="0059292A">
              <w:rPr>
                <w:lang w:val="ru-RU"/>
              </w:rPr>
              <w:t>Оверчук</w:t>
            </w:r>
            <w:proofErr w:type="spellEnd"/>
            <w:r w:rsidRPr="0059292A">
              <w:rPr>
                <w:lang w:val="ru-RU"/>
              </w:rPr>
              <w:t xml:space="preserve"> Т. І. </w:t>
            </w:r>
            <w:proofErr w:type="spellStart"/>
            <w:r w:rsidRPr="0059292A">
              <w:rPr>
                <w:lang w:val="ru-RU"/>
              </w:rPr>
              <w:t>Яковець</w:t>
            </w:r>
            <w:proofErr w:type="spellEnd"/>
            <w:r w:rsidRPr="0059292A">
              <w:rPr>
                <w:lang w:val="ru-RU"/>
              </w:rPr>
              <w:t xml:space="preserve"> Т. С. </w:t>
            </w:r>
          </w:p>
        </w:tc>
      </w:tr>
      <w:tr w:rsidR="0059292A" w:rsidRPr="0059292A" w14:paraId="6195DDC7" w14:textId="77777777" w:rsidTr="0059292A">
        <w:tc>
          <w:tcPr>
            <w:tcW w:w="1844" w:type="dxa"/>
          </w:tcPr>
          <w:p w14:paraId="73613C73" w14:textId="77777777" w:rsidR="0059292A" w:rsidRPr="0059292A" w:rsidRDefault="0059292A">
            <w:pPr>
              <w:rPr>
                <w:lang w:val="ru-RU"/>
              </w:rPr>
            </w:pPr>
          </w:p>
        </w:tc>
        <w:tc>
          <w:tcPr>
            <w:tcW w:w="992" w:type="dxa"/>
          </w:tcPr>
          <w:p w14:paraId="7458FDC9" w14:textId="77777777" w:rsidR="0059292A" w:rsidRPr="0059292A" w:rsidRDefault="0059292A">
            <w:proofErr w:type="spellStart"/>
            <w:r w:rsidRPr="0059292A">
              <w:t>Колос</w:t>
            </w:r>
            <w:proofErr w:type="spellEnd"/>
          </w:p>
        </w:tc>
        <w:tc>
          <w:tcPr>
            <w:tcW w:w="1249" w:type="dxa"/>
          </w:tcPr>
          <w:p w14:paraId="150D0B86" w14:textId="77777777" w:rsidR="0059292A" w:rsidRPr="0059292A" w:rsidRDefault="0059292A">
            <w:proofErr w:type="spellStart"/>
            <w:r w:rsidRPr="0059292A">
              <w:t>Боротьба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вільної</w:t>
            </w:r>
            <w:proofErr w:type="spellEnd"/>
          </w:p>
        </w:tc>
        <w:tc>
          <w:tcPr>
            <w:tcW w:w="2437" w:type="dxa"/>
          </w:tcPr>
          <w:p w14:paraId="307FBEC4" w14:textId="77777777" w:rsidR="0059292A" w:rsidRPr="0059292A" w:rsidRDefault="0059292A">
            <w:r w:rsidRPr="0059292A">
              <w:t xml:space="preserve">ЧЕМПІОНАТ УКРАЇНИ (U-20) з </w:t>
            </w:r>
            <w:proofErr w:type="spellStart"/>
            <w:r w:rsidRPr="0059292A">
              <w:t>боротьби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вільної</w:t>
            </w:r>
            <w:proofErr w:type="spellEnd"/>
            <w:r w:rsidRPr="0059292A">
              <w:t xml:space="preserve"> м. </w:t>
            </w:r>
            <w:proofErr w:type="spellStart"/>
            <w:r w:rsidRPr="0059292A">
              <w:t>Хмельницький</w:t>
            </w:r>
            <w:proofErr w:type="spellEnd"/>
            <w:r w:rsidRPr="0059292A">
              <w:t xml:space="preserve"> 8-11.04.2025</w:t>
            </w:r>
          </w:p>
        </w:tc>
        <w:tc>
          <w:tcPr>
            <w:tcW w:w="1275" w:type="dxa"/>
          </w:tcPr>
          <w:p w14:paraId="2FC629B0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 xml:space="preserve">65 </w:t>
            </w:r>
            <w:proofErr w:type="spellStart"/>
            <w:r w:rsidRPr="0059292A">
              <w:rPr>
                <w:b/>
                <w:bCs/>
              </w:rPr>
              <w:t>кг</w:t>
            </w:r>
            <w:proofErr w:type="spellEnd"/>
          </w:p>
        </w:tc>
        <w:tc>
          <w:tcPr>
            <w:tcW w:w="1134" w:type="dxa"/>
          </w:tcPr>
          <w:p w14:paraId="603A1F86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2</w:t>
            </w:r>
          </w:p>
        </w:tc>
        <w:tc>
          <w:tcPr>
            <w:tcW w:w="1276" w:type="dxa"/>
          </w:tcPr>
          <w:p w14:paraId="30D848AC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125</w:t>
            </w:r>
          </w:p>
        </w:tc>
        <w:tc>
          <w:tcPr>
            <w:tcW w:w="1559" w:type="dxa"/>
          </w:tcPr>
          <w:p w14:paraId="7468C506" w14:textId="77777777" w:rsidR="0059292A" w:rsidRPr="0059292A" w:rsidRDefault="0059292A">
            <w:pPr>
              <w:rPr>
                <w:lang w:val="ru-RU"/>
              </w:rPr>
            </w:pPr>
            <w:proofErr w:type="spellStart"/>
            <w:r w:rsidRPr="0059292A">
              <w:rPr>
                <w:lang w:val="ru-RU"/>
              </w:rPr>
              <w:t>Оверчук</w:t>
            </w:r>
            <w:proofErr w:type="spellEnd"/>
            <w:r w:rsidRPr="0059292A">
              <w:rPr>
                <w:lang w:val="ru-RU"/>
              </w:rPr>
              <w:t xml:space="preserve"> Т. І. </w:t>
            </w:r>
            <w:proofErr w:type="spellStart"/>
            <w:r w:rsidRPr="0059292A">
              <w:rPr>
                <w:lang w:val="ru-RU"/>
              </w:rPr>
              <w:t>Яковець</w:t>
            </w:r>
            <w:proofErr w:type="spellEnd"/>
            <w:r w:rsidRPr="0059292A">
              <w:rPr>
                <w:lang w:val="ru-RU"/>
              </w:rPr>
              <w:t xml:space="preserve"> Т. С. </w:t>
            </w:r>
          </w:p>
        </w:tc>
      </w:tr>
      <w:tr w:rsidR="0059292A" w:rsidRPr="0059292A" w14:paraId="02641596" w14:textId="77777777" w:rsidTr="0059292A">
        <w:tc>
          <w:tcPr>
            <w:tcW w:w="1844" w:type="dxa"/>
          </w:tcPr>
          <w:p w14:paraId="4D6A0CBC" w14:textId="77777777" w:rsidR="0059292A" w:rsidRPr="0059292A" w:rsidRDefault="0059292A">
            <w:r w:rsidRPr="0059292A">
              <w:t>5)</w:t>
            </w:r>
            <w:proofErr w:type="spellStart"/>
            <w:r w:rsidRPr="0059292A">
              <w:t>Бугай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Інна</w:t>
            </w:r>
            <w:proofErr w:type="spellEnd"/>
          </w:p>
        </w:tc>
        <w:tc>
          <w:tcPr>
            <w:tcW w:w="992" w:type="dxa"/>
          </w:tcPr>
          <w:p w14:paraId="78776248" w14:textId="77777777" w:rsidR="0059292A" w:rsidRPr="0059292A" w:rsidRDefault="0059292A">
            <w:proofErr w:type="spellStart"/>
            <w:r w:rsidRPr="0059292A">
              <w:t>Динамо</w:t>
            </w:r>
            <w:proofErr w:type="spellEnd"/>
          </w:p>
        </w:tc>
        <w:tc>
          <w:tcPr>
            <w:tcW w:w="1249" w:type="dxa"/>
          </w:tcPr>
          <w:p w14:paraId="17026A21" w14:textId="77777777" w:rsidR="0059292A" w:rsidRPr="0059292A" w:rsidRDefault="0059292A">
            <w:proofErr w:type="spellStart"/>
            <w:r w:rsidRPr="0059292A">
              <w:t>Боротьба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вільної</w:t>
            </w:r>
            <w:proofErr w:type="spellEnd"/>
          </w:p>
        </w:tc>
        <w:tc>
          <w:tcPr>
            <w:tcW w:w="2437" w:type="dxa"/>
          </w:tcPr>
          <w:p w14:paraId="52AE4523" w14:textId="77777777" w:rsidR="0059292A" w:rsidRPr="0059292A" w:rsidRDefault="0059292A">
            <w:r w:rsidRPr="0059292A">
              <w:t xml:space="preserve">ЧЕМПІОНАТ УКРАЇНИ </w:t>
            </w:r>
            <w:proofErr w:type="spellStart"/>
            <w:r w:rsidRPr="0059292A">
              <w:t>серед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чоловіків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та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жінок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до</w:t>
            </w:r>
            <w:proofErr w:type="spellEnd"/>
            <w:r w:rsidRPr="0059292A">
              <w:t xml:space="preserve"> 23 </w:t>
            </w:r>
            <w:proofErr w:type="spellStart"/>
            <w:r w:rsidRPr="0059292A">
              <w:t>років</w:t>
            </w:r>
            <w:proofErr w:type="spellEnd"/>
            <w:r w:rsidRPr="0059292A">
              <w:t xml:space="preserve"> (U23) з </w:t>
            </w:r>
            <w:proofErr w:type="spellStart"/>
            <w:r w:rsidRPr="0059292A">
              <w:t>боротьби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вільної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січень</w:t>
            </w:r>
            <w:proofErr w:type="spellEnd"/>
            <w:r w:rsidRPr="0059292A">
              <w:t xml:space="preserve"> 2025</w:t>
            </w:r>
          </w:p>
        </w:tc>
        <w:tc>
          <w:tcPr>
            <w:tcW w:w="1275" w:type="dxa"/>
          </w:tcPr>
          <w:p w14:paraId="029F1EB1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 xml:space="preserve">76 </w:t>
            </w:r>
            <w:proofErr w:type="spellStart"/>
            <w:r w:rsidRPr="0059292A">
              <w:rPr>
                <w:b/>
                <w:bCs/>
              </w:rPr>
              <w:t>кг</w:t>
            </w:r>
            <w:proofErr w:type="spellEnd"/>
          </w:p>
        </w:tc>
        <w:tc>
          <w:tcPr>
            <w:tcW w:w="1134" w:type="dxa"/>
          </w:tcPr>
          <w:p w14:paraId="2D693103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3</w:t>
            </w:r>
          </w:p>
        </w:tc>
        <w:tc>
          <w:tcPr>
            <w:tcW w:w="1276" w:type="dxa"/>
          </w:tcPr>
          <w:p w14:paraId="378A0939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200</w:t>
            </w:r>
          </w:p>
        </w:tc>
        <w:tc>
          <w:tcPr>
            <w:tcW w:w="1559" w:type="dxa"/>
          </w:tcPr>
          <w:p w14:paraId="4590A4FA" w14:textId="77777777" w:rsidR="0059292A" w:rsidRPr="0059292A" w:rsidRDefault="0059292A">
            <w:pPr>
              <w:rPr>
                <w:lang w:val="ru-RU"/>
              </w:rPr>
            </w:pPr>
            <w:r w:rsidRPr="0059292A">
              <w:rPr>
                <w:lang w:val="ru-RU"/>
              </w:rPr>
              <w:t xml:space="preserve">  </w:t>
            </w:r>
            <w:proofErr w:type="spellStart"/>
            <w:r w:rsidRPr="0059292A">
              <w:rPr>
                <w:lang w:val="ru-RU"/>
              </w:rPr>
              <w:t>Кайда</w:t>
            </w:r>
            <w:proofErr w:type="spellEnd"/>
            <w:r w:rsidRPr="0059292A">
              <w:rPr>
                <w:lang w:val="ru-RU"/>
              </w:rPr>
              <w:t xml:space="preserve"> Д. В. </w:t>
            </w:r>
            <w:proofErr w:type="spellStart"/>
            <w:r w:rsidRPr="0059292A">
              <w:rPr>
                <w:lang w:val="ru-RU"/>
              </w:rPr>
              <w:t>Скумін</w:t>
            </w:r>
            <w:proofErr w:type="spellEnd"/>
            <w:r w:rsidRPr="0059292A">
              <w:rPr>
                <w:lang w:val="ru-RU"/>
              </w:rPr>
              <w:t xml:space="preserve"> С. В.</w:t>
            </w:r>
          </w:p>
        </w:tc>
      </w:tr>
      <w:tr w:rsidR="0059292A" w:rsidRPr="0059292A" w14:paraId="2801605C" w14:textId="77777777" w:rsidTr="0059292A">
        <w:tc>
          <w:tcPr>
            <w:tcW w:w="1844" w:type="dxa"/>
          </w:tcPr>
          <w:p w14:paraId="549CC3CD" w14:textId="77777777" w:rsidR="0059292A" w:rsidRPr="0059292A" w:rsidRDefault="0059292A">
            <w:r w:rsidRPr="0059292A">
              <w:t>6)</w:t>
            </w:r>
            <w:proofErr w:type="spellStart"/>
            <w:r w:rsidRPr="0059292A">
              <w:t>Тищенко</w:t>
            </w:r>
            <w:proofErr w:type="spellEnd"/>
            <w:r w:rsidRPr="0059292A">
              <w:t xml:space="preserve"> </w:t>
            </w:r>
            <w:proofErr w:type="spellStart"/>
            <w:r w:rsidRPr="0059292A">
              <w:lastRenderedPageBreak/>
              <w:t>Марія</w:t>
            </w:r>
            <w:proofErr w:type="spellEnd"/>
          </w:p>
        </w:tc>
        <w:tc>
          <w:tcPr>
            <w:tcW w:w="992" w:type="dxa"/>
          </w:tcPr>
          <w:p w14:paraId="1D10850A" w14:textId="77777777" w:rsidR="0059292A" w:rsidRPr="0059292A" w:rsidRDefault="0059292A">
            <w:r w:rsidRPr="0059292A">
              <w:lastRenderedPageBreak/>
              <w:t>ДЮСШ</w:t>
            </w:r>
          </w:p>
        </w:tc>
        <w:tc>
          <w:tcPr>
            <w:tcW w:w="1249" w:type="dxa"/>
          </w:tcPr>
          <w:p w14:paraId="1DCC9AE4" w14:textId="77777777" w:rsidR="0059292A" w:rsidRPr="0059292A" w:rsidRDefault="0059292A">
            <w:proofErr w:type="spellStart"/>
            <w:r w:rsidRPr="0059292A">
              <w:t>Боротьба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lastRenderedPageBreak/>
              <w:t>вільної</w:t>
            </w:r>
            <w:proofErr w:type="spellEnd"/>
          </w:p>
        </w:tc>
        <w:tc>
          <w:tcPr>
            <w:tcW w:w="2437" w:type="dxa"/>
          </w:tcPr>
          <w:p w14:paraId="4D5ED087" w14:textId="77777777" w:rsidR="0059292A" w:rsidRPr="0059292A" w:rsidRDefault="0059292A">
            <w:pPr>
              <w:rPr>
                <w:lang w:val="ru-RU"/>
              </w:rPr>
            </w:pPr>
            <w:r w:rsidRPr="0059292A">
              <w:rPr>
                <w:lang w:val="ru-RU"/>
              </w:rPr>
              <w:lastRenderedPageBreak/>
              <w:t xml:space="preserve">ЧЕМПІОНАТ УКРАЇНИ </w:t>
            </w:r>
            <w:r w:rsidRPr="0059292A">
              <w:rPr>
                <w:lang w:val="ru-RU"/>
              </w:rPr>
              <w:lastRenderedPageBreak/>
              <w:t xml:space="preserve">(15) з </w:t>
            </w:r>
            <w:proofErr w:type="spellStart"/>
            <w:r w:rsidRPr="0059292A">
              <w:rPr>
                <w:lang w:val="ru-RU"/>
              </w:rPr>
              <w:t>вільної</w:t>
            </w:r>
            <w:proofErr w:type="spellEnd"/>
            <w:r w:rsidRPr="0059292A">
              <w:rPr>
                <w:lang w:val="ru-RU"/>
              </w:rPr>
              <w:t xml:space="preserve"> </w:t>
            </w:r>
            <w:proofErr w:type="spellStart"/>
            <w:r w:rsidRPr="0059292A">
              <w:rPr>
                <w:lang w:val="ru-RU"/>
              </w:rPr>
              <w:t>боротьби</w:t>
            </w:r>
            <w:proofErr w:type="spellEnd"/>
            <w:r w:rsidRPr="0059292A">
              <w:rPr>
                <w:lang w:val="ru-RU"/>
              </w:rPr>
              <w:t xml:space="preserve"> м. </w:t>
            </w:r>
            <w:proofErr w:type="spellStart"/>
            <w:r w:rsidRPr="0059292A">
              <w:rPr>
                <w:lang w:val="ru-RU"/>
              </w:rPr>
              <w:t>Хмельницький</w:t>
            </w:r>
            <w:proofErr w:type="spellEnd"/>
            <w:r w:rsidRPr="0059292A">
              <w:rPr>
                <w:lang w:val="ru-RU"/>
              </w:rPr>
              <w:t xml:space="preserve"> 28.04-01.05.2025</w:t>
            </w:r>
          </w:p>
        </w:tc>
        <w:tc>
          <w:tcPr>
            <w:tcW w:w="1275" w:type="dxa"/>
          </w:tcPr>
          <w:p w14:paraId="4972B19F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lastRenderedPageBreak/>
              <w:t xml:space="preserve">66 </w:t>
            </w:r>
            <w:proofErr w:type="spellStart"/>
            <w:r w:rsidRPr="0059292A">
              <w:rPr>
                <w:b/>
                <w:bCs/>
              </w:rPr>
              <w:t>кг</w:t>
            </w:r>
            <w:proofErr w:type="spellEnd"/>
          </w:p>
        </w:tc>
        <w:tc>
          <w:tcPr>
            <w:tcW w:w="1134" w:type="dxa"/>
          </w:tcPr>
          <w:p w14:paraId="5014EDCA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1</w:t>
            </w:r>
          </w:p>
        </w:tc>
        <w:tc>
          <w:tcPr>
            <w:tcW w:w="1276" w:type="dxa"/>
          </w:tcPr>
          <w:p w14:paraId="4DF32DBB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75</w:t>
            </w:r>
          </w:p>
        </w:tc>
        <w:tc>
          <w:tcPr>
            <w:tcW w:w="1559" w:type="dxa"/>
          </w:tcPr>
          <w:p w14:paraId="052E467D" w14:textId="77777777" w:rsidR="0059292A" w:rsidRPr="0059292A" w:rsidRDefault="0059292A">
            <w:pPr>
              <w:rPr>
                <w:lang w:val="ru-RU"/>
              </w:rPr>
            </w:pPr>
            <w:r w:rsidRPr="0059292A">
              <w:rPr>
                <w:lang w:val="ru-RU"/>
              </w:rPr>
              <w:t xml:space="preserve">Белаш Н. С. </w:t>
            </w:r>
            <w:r w:rsidRPr="0059292A">
              <w:rPr>
                <w:lang w:val="ru-RU"/>
              </w:rPr>
              <w:lastRenderedPageBreak/>
              <w:t>Хомич Р. О.</w:t>
            </w:r>
          </w:p>
        </w:tc>
      </w:tr>
      <w:tr w:rsidR="0059292A" w:rsidRPr="0059292A" w14:paraId="04B07182" w14:textId="77777777" w:rsidTr="0059292A">
        <w:tc>
          <w:tcPr>
            <w:tcW w:w="1844" w:type="dxa"/>
          </w:tcPr>
          <w:p w14:paraId="57DA6E6E" w14:textId="77777777" w:rsidR="0059292A" w:rsidRPr="0059292A" w:rsidRDefault="0059292A">
            <w:pPr>
              <w:rPr>
                <w:lang w:val="ru-RU"/>
              </w:rPr>
            </w:pPr>
          </w:p>
        </w:tc>
        <w:tc>
          <w:tcPr>
            <w:tcW w:w="992" w:type="dxa"/>
          </w:tcPr>
          <w:p w14:paraId="71CB56F6" w14:textId="77777777" w:rsidR="0059292A" w:rsidRPr="0059292A" w:rsidRDefault="0059292A">
            <w:r w:rsidRPr="0059292A">
              <w:t>ДЮСШ</w:t>
            </w:r>
          </w:p>
        </w:tc>
        <w:tc>
          <w:tcPr>
            <w:tcW w:w="1249" w:type="dxa"/>
          </w:tcPr>
          <w:p w14:paraId="20D415E1" w14:textId="77777777" w:rsidR="0059292A" w:rsidRPr="0059292A" w:rsidRDefault="0059292A">
            <w:proofErr w:type="spellStart"/>
            <w:r w:rsidRPr="0059292A">
              <w:t>Боротьба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вільної</w:t>
            </w:r>
            <w:proofErr w:type="spellEnd"/>
          </w:p>
        </w:tc>
        <w:tc>
          <w:tcPr>
            <w:tcW w:w="2437" w:type="dxa"/>
          </w:tcPr>
          <w:p w14:paraId="03580B9E" w14:textId="77777777" w:rsidR="0059292A" w:rsidRPr="0059292A" w:rsidRDefault="0059292A">
            <w:proofErr w:type="spellStart"/>
            <w:r w:rsidRPr="0059292A">
              <w:t>Чемпіонат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України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серед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юнаків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та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дівчат</w:t>
            </w:r>
            <w:proofErr w:type="spellEnd"/>
            <w:r w:rsidRPr="0059292A">
              <w:t xml:space="preserve"> (U16) </w:t>
            </w:r>
            <w:proofErr w:type="spellStart"/>
            <w:r w:rsidRPr="0059292A">
              <w:t>пам’яті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Івана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Піддубного</w:t>
            </w:r>
            <w:proofErr w:type="spellEnd"/>
            <w:r w:rsidRPr="0059292A">
              <w:t xml:space="preserve"> з </w:t>
            </w:r>
            <w:proofErr w:type="spellStart"/>
            <w:r w:rsidRPr="0059292A">
              <w:t>боротьби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вільної</w:t>
            </w:r>
            <w:proofErr w:type="spellEnd"/>
          </w:p>
        </w:tc>
        <w:tc>
          <w:tcPr>
            <w:tcW w:w="1275" w:type="dxa"/>
          </w:tcPr>
          <w:p w14:paraId="63C26CAF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 xml:space="preserve">73 </w:t>
            </w:r>
            <w:proofErr w:type="spellStart"/>
            <w:r w:rsidRPr="0059292A">
              <w:rPr>
                <w:b/>
                <w:bCs/>
              </w:rPr>
              <w:t>кг</w:t>
            </w:r>
            <w:proofErr w:type="spellEnd"/>
          </w:p>
        </w:tc>
        <w:tc>
          <w:tcPr>
            <w:tcW w:w="1134" w:type="dxa"/>
          </w:tcPr>
          <w:p w14:paraId="34D06FEF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2</w:t>
            </w:r>
          </w:p>
        </w:tc>
        <w:tc>
          <w:tcPr>
            <w:tcW w:w="1276" w:type="dxa"/>
          </w:tcPr>
          <w:p w14:paraId="3B62EF0E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60</w:t>
            </w:r>
          </w:p>
        </w:tc>
        <w:tc>
          <w:tcPr>
            <w:tcW w:w="1559" w:type="dxa"/>
          </w:tcPr>
          <w:p w14:paraId="5D79ADA6" w14:textId="77777777" w:rsidR="0059292A" w:rsidRPr="0059292A" w:rsidRDefault="0059292A">
            <w:pPr>
              <w:rPr>
                <w:lang w:val="ru-RU"/>
              </w:rPr>
            </w:pPr>
            <w:r w:rsidRPr="0059292A">
              <w:rPr>
                <w:lang w:val="ru-RU"/>
              </w:rPr>
              <w:t>Белаш Н. С. Хомич Р. О.</w:t>
            </w:r>
          </w:p>
        </w:tc>
      </w:tr>
      <w:tr w:rsidR="0059292A" w:rsidRPr="0059292A" w14:paraId="4C71F989" w14:textId="77777777" w:rsidTr="0059292A">
        <w:tc>
          <w:tcPr>
            <w:tcW w:w="1844" w:type="dxa"/>
          </w:tcPr>
          <w:p w14:paraId="7FFF33C2" w14:textId="77777777" w:rsidR="0059292A" w:rsidRPr="0059292A" w:rsidRDefault="0059292A">
            <w:r w:rsidRPr="0059292A">
              <w:t>7)</w:t>
            </w:r>
            <w:proofErr w:type="spellStart"/>
            <w:r w:rsidRPr="0059292A">
              <w:t>Васильчик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Ольга</w:t>
            </w:r>
            <w:proofErr w:type="spellEnd"/>
          </w:p>
        </w:tc>
        <w:tc>
          <w:tcPr>
            <w:tcW w:w="992" w:type="dxa"/>
          </w:tcPr>
          <w:p w14:paraId="7C7187C5" w14:textId="77777777" w:rsidR="0059292A" w:rsidRPr="0059292A" w:rsidRDefault="0059292A">
            <w:proofErr w:type="spellStart"/>
            <w:r w:rsidRPr="0059292A">
              <w:t>Динамо</w:t>
            </w:r>
            <w:proofErr w:type="spellEnd"/>
          </w:p>
        </w:tc>
        <w:tc>
          <w:tcPr>
            <w:tcW w:w="1249" w:type="dxa"/>
          </w:tcPr>
          <w:p w14:paraId="2A7278CB" w14:textId="77777777" w:rsidR="0059292A" w:rsidRPr="0059292A" w:rsidRDefault="0059292A">
            <w:proofErr w:type="spellStart"/>
            <w:r w:rsidRPr="0059292A">
              <w:t>Боротьба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вільної</w:t>
            </w:r>
            <w:proofErr w:type="spellEnd"/>
          </w:p>
        </w:tc>
        <w:tc>
          <w:tcPr>
            <w:tcW w:w="2437" w:type="dxa"/>
          </w:tcPr>
          <w:p w14:paraId="0490D0B4" w14:textId="77777777" w:rsidR="0059292A" w:rsidRPr="0059292A" w:rsidRDefault="0059292A">
            <w:proofErr w:type="spellStart"/>
            <w:r w:rsidRPr="0059292A">
              <w:t>Чемпіонат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України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серед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юнаків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та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дівчат</w:t>
            </w:r>
            <w:proofErr w:type="spellEnd"/>
            <w:r w:rsidRPr="0059292A">
              <w:t xml:space="preserve"> (U16) </w:t>
            </w:r>
            <w:proofErr w:type="spellStart"/>
            <w:r w:rsidRPr="0059292A">
              <w:t>пам’яті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Івана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Піддубного</w:t>
            </w:r>
            <w:proofErr w:type="spellEnd"/>
            <w:r w:rsidRPr="0059292A">
              <w:t xml:space="preserve"> з </w:t>
            </w:r>
            <w:proofErr w:type="spellStart"/>
            <w:r w:rsidRPr="0059292A">
              <w:t>боротьби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вільної</w:t>
            </w:r>
            <w:proofErr w:type="spellEnd"/>
          </w:p>
        </w:tc>
        <w:tc>
          <w:tcPr>
            <w:tcW w:w="1275" w:type="dxa"/>
          </w:tcPr>
          <w:p w14:paraId="42A32B69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 xml:space="preserve">40 </w:t>
            </w:r>
            <w:proofErr w:type="spellStart"/>
            <w:r w:rsidRPr="0059292A">
              <w:rPr>
                <w:b/>
                <w:bCs/>
              </w:rPr>
              <w:t>кг</w:t>
            </w:r>
            <w:proofErr w:type="spellEnd"/>
          </w:p>
        </w:tc>
        <w:tc>
          <w:tcPr>
            <w:tcW w:w="1134" w:type="dxa"/>
          </w:tcPr>
          <w:p w14:paraId="08C52075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2</w:t>
            </w:r>
          </w:p>
        </w:tc>
        <w:tc>
          <w:tcPr>
            <w:tcW w:w="1276" w:type="dxa"/>
          </w:tcPr>
          <w:p w14:paraId="0D7ADCA8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60</w:t>
            </w:r>
          </w:p>
        </w:tc>
        <w:tc>
          <w:tcPr>
            <w:tcW w:w="1559" w:type="dxa"/>
          </w:tcPr>
          <w:p w14:paraId="3D6FDCB1" w14:textId="77777777" w:rsidR="0059292A" w:rsidRPr="0059292A" w:rsidRDefault="0059292A">
            <w:proofErr w:type="spellStart"/>
            <w:r w:rsidRPr="0059292A">
              <w:t>Скумін</w:t>
            </w:r>
            <w:proofErr w:type="spellEnd"/>
            <w:r w:rsidRPr="0059292A">
              <w:t xml:space="preserve"> С. В. </w:t>
            </w:r>
          </w:p>
        </w:tc>
      </w:tr>
      <w:tr w:rsidR="0059292A" w:rsidRPr="0059292A" w14:paraId="58891327" w14:textId="77777777" w:rsidTr="0059292A">
        <w:tc>
          <w:tcPr>
            <w:tcW w:w="1844" w:type="dxa"/>
          </w:tcPr>
          <w:p w14:paraId="4B7ED662" w14:textId="77777777" w:rsidR="0059292A" w:rsidRPr="0059292A" w:rsidRDefault="0059292A">
            <w:r w:rsidRPr="0059292A">
              <w:t>8)</w:t>
            </w:r>
            <w:proofErr w:type="spellStart"/>
            <w:r w:rsidRPr="0059292A">
              <w:t>Паньковець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Марія</w:t>
            </w:r>
            <w:proofErr w:type="spellEnd"/>
          </w:p>
        </w:tc>
        <w:tc>
          <w:tcPr>
            <w:tcW w:w="992" w:type="dxa"/>
          </w:tcPr>
          <w:p w14:paraId="5BF350BB" w14:textId="77777777" w:rsidR="0059292A" w:rsidRPr="0059292A" w:rsidRDefault="0059292A">
            <w:r w:rsidRPr="0059292A">
              <w:t xml:space="preserve">ДЮСШ   </w:t>
            </w:r>
            <w:proofErr w:type="spellStart"/>
            <w:r w:rsidRPr="0059292A">
              <w:t>Динамо</w:t>
            </w:r>
            <w:proofErr w:type="spellEnd"/>
          </w:p>
        </w:tc>
        <w:tc>
          <w:tcPr>
            <w:tcW w:w="1249" w:type="dxa"/>
          </w:tcPr>
          <w:p w14:paraId="206CFBB0" w14:textId="77777777" w:rsidR="0059292A" w:rsidRPr="0059292A" w:rsidRDefault="0059292A">
            <w:proofErr w:type="spellStart"/>
            <w:r w:rsidRPr="0059292A">
              <w:t>Боротьба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вільної</w:t>
            </w:r>
            <w:proofErr w:type="spellEnd"/>
          </w:p>
        </w:tc>
        <w:tc>
          <w:tcPr>
            <w:tcW w:w="2437" w:type="dxa"/>
          </w:tcPr>
          <w:p w14:paraId="10005C0B" w14:textId="77777777" w:rsidR="0059292A" w:rsidRPr="0059292A" w:rsidRDefault="0059292A">
            <w:pPr>
              <w:rPr>
                <w:lang w:val="ru-RU"/>
              </w:rPr>
            </w:pPr>
            <w:r w:rsidRPr="0059292A">
              <w:rPr>
                <w:lang w:val="ru-RU"/>
              </w:rPr>
              <w:t xml:space="preserve">ЧЕМПІОНАТ УКРАЇНИ (15) з </w:t>
            </w:r>
            <w:proofErr w:type="spellStart"/>
            <w:r w:rsidRPr="0059292A">
              <w:rPr>
                <w:lang w:val="ru-RU"/>
              </w:rPr>
              <w:t>вільної</w:t>
            </w:r>
            <w:proofErr w:type="spellEnd"/>
            <w:r w:rsidRPr="0059292A">
              <w:rPr>
                <w:lang w:val="ru-RU"/>
              </w:rPr>
              <w:t xml:space="preserve"> </w:t>
            </w:r>
            <w:proofErr w:type="spellStart"/>
            <w:r w:rsidRPr="0059292A">
              <w:rPr>
                <w:lang w:val="ru-RU"/>
              </w:rPr>
              <w:t>боротьби</w:t>
            </w:r>
            <w:proofErr w:type="spellEnd"/>
            <w:r w:rsidRPr="0059292A">
              <w:rPr>
                <w:lang w:val="ru-RU"/>
              </w:rPr>
              <w:t xml:space="preserve"> м. </w:t>
            </w:r>
            <w:proofErr w:type="spellStart"/>
            <w:r w:rsidRPr="0059292A">
              <w:rPr>
                <w:lang w:val="ru-RU"/>
              </w:rPr>
              <w:t>Хмельницький</w:t>
            </w:r>
            <w:proofErr w:type="spellEnd"/>
            <w:r w:rsidRPr="0059292A">
              <w:rPr>
                <w:lang w:val="ru-RU"/>
              </w:rPr>
              <w:t xml:space="preserve"> 28.04-01.05.2025</w:t>
            </w:r>
          </w:p>
        </w:tc>
        <w:tc>
          <w:tcPr>
            <w:tcW w:w="1275" w:type="dxa"/>
          </w:tcPr>
          <w:p w14:paraId="78D7C1F2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 xml:space="preserve">33 </w:t>
            </w:r>
            <w:proofErr w:type="spellStart"/>
            <w:r w:rsidRPr="0059292A">
              <w:rPr>
                <w:b/>
                <w:bCs/>
              </w:rPr>
              <w:t>кг</w:t>
            </w:r>
            <w:proofErr w:type="spellEnd"/>
          </w:p>
        </w:tc>
        <w:tc>
          <w:tcPr>
            <w:tcW w:w="1134" w:type="dxa"/>
          </w:tcPr>
          <w:p w14:paraId="08386AB6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2</w:t>
            </w:r>
          </w:p>
        </w:tc>
        <w:tc>
          <w:tcPr>
            <w:tcW w:w="1276" w:type="dxa"/>
          </w:tcPr>
          <w:p w14:paraId="77627D17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60</w:t>
            </w:r>
          </w:p>
        </w:tc>
        <w:tc>
          <w:tcPr>
            <w:tcW w:w="1559" w:type="dxa"/>
          </w:tcPr>
          <w:p w14:paraId="1865C54F" w14:textId="77777777" w:rsidR="0059292A" w:rsidRPr="0059292A" w:rsidRDefault="0059292A">
            <w:pPr>
              <w:rPr>
                <w:lang w:val="ru-RU"/>
              </w:rPr>
            </w:pPr>
            <w:r w:rsidRPr="0059292A">
              <w:rPr>
                <w:lang w:val="ru-RU"/>
              </w:rPr>
              <w:t>Хомич Р. О. Белаш Н. С.</w:t>
            </w:r>
          </w:p>
        </w:tc>
      </w:tr>
      <w:tr w:rsidR="0059292A" w:rsidRPr="0059292A" w14:paraId="489EF08E" w14:textId="77777777" w:rsidTr="0059292A">
        <w:tc>
          <w:tcPr>
            <w:tcW w:w="1844" w:type="dxa"/>
          </w:tcPr>
          <w:p w14:paraId="1DB0AB24" w14:textId="77777777" w:rsidR="0059292A" w:rsidRPr="0059292A" w:rsidRDefault="0059292A">
            <w:r w:rsidRPr="0059292A">
              <w:t>9)</w:t>
            </w:r>
            <w:proofErr w:type="spellStart"/>
            <w:r w:rsidRPr="0059292A">
              <w:t>Пекарська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Олександра</w:t>
            </w:r>
            <w:proofErr w:type="spellEnd"/>
          </w:p>
        </w:tc>
        <w:tc>
          <w:tcPr>
            <w:tcW w:w="992" w:type="dxa"/>
          </w:tcPr>
          <w:p w14:paraId="1DA2541B" w14:textId="77777777" w:rsidR="0059292A" w:rsidRPr="0059292A" w:rsidRDefault="0059292A">
            <w:r w:rsidRPr="0059292A">
              <w:t>ДЮСШ</w:t>
            </w:r>
          </w:p>
        </w:tc>
        <w:tc>
          <w:tcPr>
            <w:tcW w:w="1249" w:type="dxa"/>
          </w:tcPr>
          <w:p w14:paraId="778142FB" w14:textId="77777777" w:rsidR="0059292A" w:rsidRPr="0059292A" w:rsidRDefault="0059292A">
            <w:proofErr w:type="spellStart"/>
            <w:r w:rsidRPr="0059292A">
              <w:t>Боротьба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вільної</w:t>
            </w:r>
            <w:proofErr w:type="spellEnd"/>
          </w:p>
        </w:tc>
        <w:tc>
          <w:tcPr>
            <w:tcW w:w="2437" w:type="dxa"/>
          </w:tcPr>
          <w:p w14:paraId="34F399B6" w14:textId="77777777" w:rsidR="0059292A" w:rsidRPr="0059292A" w:rsidRDefault="0059292A">
            <w:proofErr w:type="spellStart"/>
            <w:r w:rsidRPr="0059292A">
              <w:t>Чемпіонат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України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серед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молодших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юнаків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та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молодших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дівчат</w:t>
            </w:r>
            <w:proofErr w:type="spellEnd"/>
            <w:r w:rsidRPr="0059292A">
              <w:t xml:space="preserve"> (U13) з </w:t>
            </w:r>
            <w:proofErr w:type="spellStart"/>
            <w:r w:rsidRPr="0059292A">
              <w:t>боротьби</w:t>
            </w:r>
            <w:proofErr w:type="spellEnd"/>
            <w:r w:rsidRPr="0059292A">
              <w:br/>
            </w:r>
            <w:proofErr w:type="spellStart"/>
            <w:r w:rsidRPr="0059292A">
              <w:t>вільної</w:t>
            </w:r>
            <w:proofErr w:type="spellEnd"/>
            <w:r w:rsidRPr="0059292A">
              <w:t xml:space="preserve"> 27-30.10.25 м. </w:t>
            </w:r>
            <w:proofErr w:type="spellStart"/>
            <w:r w:rsidRPr="0059292A">
              <w:t>Хмельницький</w:t>
            </w:r>
            <w:proofErr w:type="spellEnd"/>
          </w:p>
        </w:tc>
        <w:tc>
          <w:tcPr>
            <w:tcW w:w="1275" w:type="dxa"/>
          </w:tcPr>
          <w:p w14:paraId="005C9EC8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 xml:space="preserve">30 </w:t>
            </w:r>
            <w:proofErr w:type="spellStart"/>
            <w:r w:rsidRPr="0059292A">
              <w:rPr>
                <w:b/>
                <w:bCs/>
              </w:rPr>
              <w:t>кг</w:t>
            </w:r>
            <w:proofErr w:type="spellEnd"/>
          </w:p>
        </w:tc>
        <w:tc>
          <w:tcPr>
            <w:tcW w:w="1134" w:type="dxa"/>
          </w:tcPr>
          <w:p w14:paraId="7C4412F4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2</w:t>
            </w:r>
          </w:p>
        </w:tc>
        <w:tc>
          <w:tcPr>
            <w:tcW w:w="1276" w:type="dxa"/>
          </w:tcPr>
          <w:p w14:paraId="5A98129A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60</w:t>
            </w:r>
          </w:p>
        </w:tc>
        <w:tc>
          <w:tcPr>
            <w:tcW w:w="1559" w:type="dxa"/>
          </w:tcPr>
          <w:p w14:paraId="170E7ED5" w14:textId="77777777" w:rsidR="0059292A" w:rsidRPr="0059292A" w:rsidRDefault="0059292A">
            <w:proofErr w:type="spellStart"/>
            <w:r w:rsidRPr="0059292A">
              <w:t>Парчук</w:t>
            </w:r>
            <w:proofErr w:type="spellEnd"/>
            <w:r w:rsidRPr="0059292A">
              <w:t xml:space="preserve"> І. І.</w:t>
            </w:r>
          </w:p>
        </w:tc>
      </w:tr>
      <w:tr w:rsidR="0059292A" w:rsidRPr="0059292A" w14:paraId="701BF612" w14:textId="77777777" w:rsidTr="0059292A">
        <w:tc>
          <w:tcPr>
            <w:tcW w:w="1844" w:type="dxa"/>
          </w:tcPr>
          <w:p w14:paraId="147F6309" w14:textId="77777777" w:rsidR="0059292A" w:rsidRPr="0059292A" w:rsidRDefault="0059292A">
            <w:r w:rsidRPr="0059292A">
              <w:t>10)</w:t>
            </w:r>
            <w:proofErr w:type="spellStart"/>
            <w:r w:rsidRPr="0059292A">
              <w:t>Шерстюк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Дар'я</w:t>
            </w:r>
            <w:proofErr w:type="spellEnd"/>
          </w:p>
        </w:tc>
        <w:tc>
          <w:tcPr>
            <w:tcW w:w="992" w:type="dxa"/>
          </w:tcPr>
          <w:p w14:paraId="760715E0" w14:textId="77777777" w:rsidR="0059292A" w:rsidRPr="0059292A" w:rsidRDefault="0059292A">
            <w:proofErr w:type="spellStart"/>
            <w:r w:rsidRPr="0059292A">
              <w:t>Динамо</w:t>
            </w:r>
            <w:proofErr w:type="spellEnd"/>
          </w:p>
        </w:tc>
        <w:tc>
          <w:tcPr>
            <w:tcW w:w="1249" w:type="dxa"/>
          </w:tcPr>
          <w:p w14:paraId="08DF28C4" w14:textId="77777777" w:rsidR="0059292A" w:rsidRPr="0059292A" w:rsidRDefault="0059292A">
            <w:proofErr w:type="spellStart"/>
            <w:r w:rsidRPr="0059292A">
              <w:t>Боротьба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вільної</w:t>
            </w:r>
            <w:proofErr w:type="spellEnd"/>
          </w:p>
        </w:tc>
        <w:tc>
          <w:tcPr>
            <w:tcW w:w="2437" w:type="dxa"/>
          </w:tcPr>
          <w:p w14:paraId="742B9A60" w14:textId="77777777" w:rsidR="0059292A" w:rsidRPr="0059292A" w:rsidRDefault="0059292A">
            <w:pPr>
              <w:rPr>
                <w:lang w:val="ru-RU"/>
              </w:rPr>
            </w:pPr>
            <w:r w:rsidRPr="0059292A">
              <w:rPr>
                <w:lang w:val="ru-RU"/>
              </w:rPr>
              <w:t xml:space="preserve">ЧЕМПІОНАТ УКРАЇНИ (15) з </w:t>
            </w:r>
            <w:proofErr w:type="spellStart"/>
            <w:r w:rsidRPr="0059292A">
              <w:rPr>
                <w:lang w:val="ru-RU"/>
              </w:rPr>
              <w:t>вільної</w:t>
            </w:r>
            <w:proofErr w:type="spellEnd"/>
            <w:r w:rsidRPr="0059292A">
              <w:rPr>
                <w:lang w:val="ru-RU"/>
              </w:rPr>
              <w:t xml:space="preserve"> </w:t>
            </w:r>
            <w:proofErr w:type="spellStart"/>
            <w:r w:rsidRPr="0059292A">
              <w:rPr>
                <w:lang w:val="ru-RU"/>
              </w:rPr>
              <w:t>боротьби</w:t>
            </w:r>
            <w:proofErr w:type="spellEnd"/>
            <w:r w:rsidRPr="0059292A">
              <w:rPr>
                <w:lang w:val="ru-RU"/>
              </w:rPr>
              <w:t xml:space="preserve"> м. </w:t>
            </w:r>
            <w:proofErr w:type="spellStart"/>
            <w:r w:rsidRPr="0059292A">
              <w:rPr>
                <w:lang w:val="ru-RU"/>
              </w:rPr>
              <w:t>Хмельницький</w:t>
            </w:r>
            <w:proofErr w:type="spellEnd"/>
            <w:r w:rsidRPr="0059292A">
              <w:rPr>
                <w:lang w:val="ru-RU"/>
              </w:rPr>
              <w:t xml:space="preserve"> 28.04-01.05.2025</w:t>
            </w:r>
          </w:p>
        </w:tc>
        <w:tc>
          <w:tcPr>
            <w:tcW w:w="1275" w:type="dxa"/>
          </w:tcPr>
          <w:p w14:paraId="47CE5766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 xml:space="preserve">66 </w:t>
            </w:r>
            <w:proofErr w:type="spellStart"/>
            <w:r w:rsidRPr="0059292A">
              <w:rPr>
                <w:b/>
                <w:bCs/>
              </w:rPr>
              <w:t>кг</w:t>
            </w:r>
            <w:proofErr w:type="spellEnd"/>
          </w:p>
        </w:tc>
        <w:tc>
          <w:tcPr>
            <w:tcW w:w="1134" w:type="dxa"/>
          </w:tcPr>
          <w:p w14:paraId="51FBCE14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3</w:t>
            </w:r>
          </w:p>
        </w:tc>
        <w:tc>
          <w:tcPr>
            <w:tcW w:w="1276" w:type="dxa"/>
          </w:tcPr>
          <w:p w14:paraId="441DAFEE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50</w:t>
            </w:r>
          </w:p>
        </w:tc>
        <w:tc>
          <w:tcPr>
            <w:tcW w:w="1559" w:type="dxa"/>
          </w:tcPr>
          <w:p w14:paraId="41F30F0F" w14:textId="77777777" w:rsidR="0059292A" w:rsidRPr="0059292A" w:rsidRDefault="0059292A">
            <w:proofErr w:type="spellStart"/>
            <w:r w:rsidRPr="0059292A">
              <w:t>Скумін</w:t>
            </w:r>
            <w:proofErr w:type="spellEnd"/>
            <w:r w:rsidRPr="0059292A">
              <w:t xml:space="preserve"> С. В.</w:t>
            </w:r>
          </w:p>
        </w:tc>
      </w:tr>
      <w:tr w:rsidR="0059292A" w:rsidRPr="0059292A" w14:paraId="274EB77F" w14:textId="77777777" w:rsidTr="0059292A">
        <w:tc>
          <w:tcPr>
            <w:tcW w:w="1844" w:type="dxa"/>
          </w:tcPr>
          <w:p w14:paraId="7BBBF64A" w14:textId="77777777" w:rsidR="0059292A" w:rsidRPr="0059292A" w:rsidRDefault="0059292A">
            <w:r w:rsidRPr="0059292A">
              <w:t>11)</w:t>
            </w:r>
            <w:proofErr w:type="spellStart"/>
            <w:r w:rsidRPr="0059292A">
              <w:t>Жилка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Каріна</w:t>
            </w:r>
            <w:proofErr w:type="spellEnd"/>
          </w:p>
        </w:tc>
        <w:tc>
          <w:tcPr>
            <w:tcW w:w="992" w:type="dxa"/>
          </w:tcPr>
          <w:p w14:paraId="74E4687F" w14:textId="77777777" w:rsidR="0059292A" w:rsidRPr="0059292A" w:rsidRDefault="0059292A">
            <w:r w:rsidRPr="0059292A">
              <w:t>МОН</w:t>
            </w:r>
          </w:p>
        </w:tc>
        <w:tc>
          <w:tcPr>
            <w:tcW w:w="1249" w:type="dxa"/>
          </w:tcPr>
          <w:p w14:paraId="7989B476" w14:textId="77777777" w:rsidR="0059292A" w:rsidRPr="0059292A" w:rsidRDefault="0059292A">
            <w:proofErr w:type="spellStart"/>
            <w:r w:rsidRPr="0059292A">
              <w:t>Боротьба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вільної</w:t>
            </w:r>
            <w:proofErr w:type="spellEnd"/>
          </w:p>
        </w:tc>
        <w:tc>
          <w:tcPr>
            <w:tcW w:w="2437" w:type="dxa"/>
          </w:tcPr>
          <w:p w14:paraId="32DD1B76" w14:textId="77777777" w:rsidR="0059292A" w:rsidRPr="0059292A" w:rsidRDefault="0059292A">
            <w:pPr>
              <w:rPr>
                <w:lang w:val="ru-RU"/>
              </w:rPr>
            </w:pPr>
            <w:r w:rsidRPr="0059292A">
              <w:rPr>
                <w:lang w:val="ru-RU"/>
              </w:rPr>
              <w:t xml:space="preserve">ЧЕМПІОНАТ УКРАЇНИ (15) з </w:t>
            </w:r>
            <w:proofErr w:type="spellStart"/>
            <w:r w:rsidRPr="0059292A">
              <w:rPr>
                <w:lang w:val="ru-RU"/>
              </w:rPr>
              <w:t>вільної</w:t>
            </w:r>
            <w:proofErr w:type="spellEnd"/>
            <w:r w:rsidRPr="0059292A">
              <w:rPr>
                <w:lang w:val="ru-RU"/>
              </w:rPr>
              <w:t xml:space="preserve"> </w:t>
            </w:r>
            <w:proofErr w:type="spellStart"/>
            <w:r w:rsidRPr="0059292A">
              <w:rPr>
                <w:lang w:val="ru-RU"/>
              </w:rPr>
              <w:t>боротьби</w:t>
            </w:r>
            <w:proofErr w:type="spellEnd"/>
            <w:r w:rsidRPr="0059292A">
              <w:rPr>
                <w:lang w:val="ru-RU"/>
              </w:rPr>
              <w:t xml:space="preserve"> м. </w:t>
            </w:r>
            <w:proofErr w:type="spellStart"/>
            <w:r w:rsidRPr="0059292A">
              <w:rPr>
                <w:lang w:val="ru-RU"/>
              </w:rPr>
              <w:t>Хмельницький</w:t>
            </w:r>
            <w:proofErr w:type="spellEnd"/>
            <w:r w:rsidRPr="0059292A">
              <w:rPr>
                <w:lang w:val="ru-RU"/>
              </w:rPr>
              <w:t xml:space="preserve"> 28.04-01.05.2025</w:t>
            </w:r>
          </w:p>
        </w:tc>
        <w:tc>
          <w:tcPr>
            <w:tcW w:w="1275" w:type="dxa"/>
          </w:tcPr>
          <w:p w14:paraId="67735CCD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 xml:space="preserve">36 </w:t>
            </w:r>
            <w:proofErr w:type="spellStart"/>
            <w:r w:rsidRPr="0059292A">
              <w:rPr>
                <w:b/>
                <w:bCs/>
              </w:rPr>
              <w:t>кг</w:t>
            </w:r>
            <w:proofErr w:type="spellEnd"/>
          </w:p>
        </w:tc>
        <w:tc>
          <w:tcPr>
            <w:tcW w:w="1134" w:type="dxa"/>
          </w:tcPr>
          <w:p w14:paraId="4FBC03A2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3</w:t>
            </w:r>
          </w:p>
        </w:tc>
        <w:tc>
          <w:tcPr>
            <w:tcW w:w="1276" w:type="dxa"/>
          </w:tcPr>
          <w:p w14:paraId="7AE42B8D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50</w:t>
            </w:r>
          </w:p>
        </w:tc>
        <w:tc>
          <w:tcPr>
            <w:tcW w:w="1559" w:type="dxa"/>
          </w:tcPr>
          <w:p w14:paraId="1E67A7ED" w14:textId="77777777" w:rsidR="0059292A" w:rsidRPr="0059292A" w:rsidRDefault="0059292A">
            <w:pPr>
              <w:rPr>
                <w:lang w:val="ru-RU"/>
              </w:rPr>
            </w:pPr>
            <w:r w:rsidRPr="0059292A">
              <w:rPr>
                <w:lang w:val="ru-RU"/>
              </w:rPr>
              <w:t xml:space="preserve"> Краска Ю. А. Бондар Т. С.</w:t>
            </w:r>
          </w:p>
        </w:tc>
      </w:tr>
      <w:tr w:rsidR="0059292A" w:rsidRPr="0059292A" w14:paraId="226202DF" w14:textId="77777777" w:rsidTr="0059292A">
        <w:tc>
          <w:tcPr>
            <w:tcW w:w="1844" w:type="dxa"/>
          </w:tcPr>
          <w:p w14:paraId="11E23917" w14:textId="77777777" w:rsidR="0059292A" w:rsidRPr="0059292A" w:rsidRDefault="0059292A">
            <w:pPr>
              <w:rPr>
                <w:lang w:val="ru-RU"/>
              </w:rPr>
            </w:pPr>
          </w:p>
        </w:tc>
        <w:tc>
          <w:tcPr>
            <w:tcW w:w="992" w:type="dxa"/>
          </w:tcPr>
          <w:p w14:paraId="2EB4D271" w14:textId="77777777" w:rsidR="0059292A" w:rsidRPr="0059292A" w:rsidRDefault="0059292A">
            <w:r w:rsidRPr="0059292A">
              <w:t>МОН</w:t>
            </w:r>
          </w:p>
        </w:tc>
        <w:tc>
          <w:tcPr>
            <w:tcW w:w="1249" w:type="dxa"/>
          </w:tcPr>
          <w:p w14:paraId="69F9FD88" w14:textId="77777777" w:rsidR="0059292A" w:rsidRPr="0059292A" w:rsidRDefault="0059292A">
            <w:proofErr w:type="spellStart"/>
            <w:r w:rsidRPr="0059292A">
              <w:t>Боротьба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lastRenderedPageBreak/>
              <w:t>вільної</w:t>
            </w:r>
            <w:proofErr w:type="spellEnd"/>
          </w:p>
        </w:tc>
        <w:tc>
          <w:tcPr>
            <w:tcW w:w="2437" w:type="dxa"/>
          </w:tcPr>
          <w:p w14:paraId="36804B5C" w14:textId="77777777" w:rsidR="0059292A" w:rsidRPr="0059292A" w:rsidRDefault="0059292A">
            <w:proofErr w:type="spellStart"/>
            <w:r w:rsidRPr="0059292A">
              <w:lastRenderedPageBreak/>
              <w:t>Чемпіонат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України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серед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юнаків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та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lastRenderedPageBreak/>
              <w:t>дівчат</w:t>
            </w:r>
            <w:proofErr w:type="spellEnd"/>
            <w:r w:rsidRPr="0059292A">
              <w:t xml:space="preserve"> (U16) </w:t>
            </w:r>
            <w:proofErr w:type="spellStart"/>
            <w:r w:rsidRPr="0059292A">
              <w:t>пам’яті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Івана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Піддубного</w:t>
            </w:r>
            <w:proofErr w:type="spellEnd"/>
            <w:r w:rsidRPr="0059292A">
              <w:t xml:space="preserve"> з </w:t>
            </w:r>
            <w:proofErr w:type="spellStart"/>
            <w:r w:rsidRPr="0059292A">
              <w:t>боротьби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вільної</w:t>
            </w:r>
            <w:proofErr w:type="spellEnd"/>
          </w:p>
        </w:tc>
        <w:tc>
          <w:tcPr>
            <w:tcW w:w="1275" w:type="dxa"/>
          </w:tcPr>
          <w:p w14:paraId="72D7D30C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lastRenderedPageBreak/>
              <w:t xml:space="preserve">40 </w:t>
            </w:r>
            <w:proofErr w:type="spellStart"/>
            <w:r w:rsidRPr="0059292A">
              <w:rPr>
                <w:b/>
                <w:bCs/>
              </w:rPr>
              <w:t>кг</w:t>
            </w:r>
            <w:proofErr w:type="spellEnd"/>
          </w:p>
        </w:tc>
        <w:tc>
          <w:tcPr>
            <w:tcW w:w="1134" w:type="dxa"/>
          </w:tcPr>
          <w:p w14:paraId="5CC87043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4</w:t>
            </w:r>
          </w:p>
        </w:tc>
        <w:tc>
          <w:tcPr>
            <w:tcW w:w="1276" w:type="dxa"/>
          </w:tcPr>
          <w:p w14:paraId="1087B2C1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20</w:t>
            </w:r>
          </w:p>
        </w:tc>
        <w:tc>
          <w:tcPr>
            <w:tcW w:w="1559" w:type="dxa"/>
          </w:tcPr>
          <w:p w14:paraId="40E1459E" w14:textId="77777777" w:rsidR="0059292A" w:rsidRPr="0059292A" w:rsidRDefault="0059292A">
            <w:pPr>
              <w:rPr>
                <w:lang w:val="ru-RU"/>
              </w:rPr>
            </w:pPr>
            <w:r w:rsidRPr="0059292A">
              <w:rPr>
                <w:lang w:val="ru-RU"/>
              </w:rPr>
              <w:t xml:space="preserve"> Краска Ю. А. </w:t>
            </w:r>
            <w:r w:rsidRPr="0059292A">
              <w:rPr>
                <w:lang w:val="ru-RU"/>
              </w:rPr>
              <w:lastRenderedPageBreak/>
              <w:t>Бондар Т. С.</w:t>
            </w:r>
          </w:p>
        </w:tc>
      </w:tr>
      <w:tr w:rsidR="0059292A" w:rsidRPr="0059292A" w14:paraId="5975C28E" w14:textId="77777777" w:rsidTr="0059292A">
        <w:tc>
          <w:tcPr>
            <w:tcW w:w="1844" w:type="dxa"/>
          </w:tcPr>
          <w:p w14:paraId="2514E11B" w14:textId="77777777" w:rsidR="0059292A" w:rsidRPr="0059292A" w:rsidRDefault="0059292A">
            <w:r w:rsidRPr="0059292A">
              <w:lastRenderedPageBreak/>
              <w:t>12)</w:t>
            </w:r>
            <w:proofErr w:type="spellStart"/>
            <w:r w:rsidRPr="0059292A">
              <w:t>Смицька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Іларія</w:t>
            </w:r>
            <w:proofErr w:type="spellEnd"/>
          </w:p>
        </w:tc>
        <w:tc>
          <w:tcPr>
            <w:tcW w:w="992" w:type="dxa"/>
          </w:tcPr>
          <w:p w14:paraId="2D0C9636" w14:textId="77777777" w:rsidR="0059292A" w:rsidRPr="0059292A" w:rsidRDefault="0059292A">
            <w:proofErr w:type="spellStart"/>
            <w:r w:rsidRPr="0059292A">
              <w:t>Динамо</w:t>
            </w:r>
            <w:proofErr w:type="spellEnd"/>
          </w:p>
        </w:tc>
        <w:tc>
          <w:tcPr>
            <w:tcW w:w="1249" w:type="dxa"/>
          </w:tcPr>
          <w:p w14:paraId="56EB6172" w14:textId="77777777" w:rsidR="0059292A" w:rsidRPr="0059292A" w:rsidRDefault="0059292A">
            <w:proofErr w:type="spellStart"/>
            <w:r w:rsidRPr="0059292A">
              <w:t>Боротьба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вільної</w:t>
            </w:r>
            <w:proofErr w:type="spellEnd"/>
          </w:p>
        </w:tc>
        <w:tc>
          <w:tcPr>
            <w:tcW w:w="2437" w:type="dxa"/>
          </w:tcPr>
          <w:p w14:paraId="1F06255D" w14:textId="77777777" w:rsidR="0059292A" w:rsidRPr="0059292A" w:rsidRDefault="0059292A">
            <w:proofErr w:type="spellStart"/>
            <w:r w:rsidRPr="0059292A">
              <w:t>Чемпіонат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України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серед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молодших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юнаків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та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молодших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дівчат</w:t>
            </w:r>
            <w:proofErr w:type="spellEnd"/>
            <w:r w:rsidRPr="0059292A">
              <w:t xml:space="preserve"> (U13) з </w:t>
            </w:r>
            <w:proofErr w:type="spellStart"/>
            <w:r w:rsidRPr="0059292A">
              <w:t>боротьби</w:t>
            </w:r>
            <w:proofErr w:type="spellEnd"/>
            <w:r w:rsidRPr="0059292A">
              <w:br/>
            </w:r>
            <w:proofErr w:type="spellStart"/>
            <w:r w:rsidRPr="0059292A">
              <w:t>вільної</w:t>
            </w:r>
            <w:proofErr w:type="spellEnd"/>
            <w:r w:rsidRPr="0059292A">
              <w:t xml:space="preserve"> 27-30.10.25 м. </w:t>
            </w:r>
            <w:proofErr w:type="spellStart"/>
            <w:r w:rsidRPr="0059292A">
              <w:t>Хмельницький</w:t>
            </w:r>
            <w:proofErr w:type="spellEnd"/>
          </w:p>
        </w:tc>
        <w:tc>
          <w:tcPr>
            <w:tcW w:w="1275" w:type="dxa"/>
          </w:tcPr>
          <w:p w14:paraId="49D4172F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 xml:space="preserve">42 </w:t>
            </w:r>
            <w:proofErr w:type="spellStart"/>
            <w:r w:rsidRPr="0059292A">
              <w:rPr>
                <w:b/>
                <w:bCs/>
              </w:rPr>
              <w:t>кг</w:t>
            </w:r>
            <w:proofErr w:type="spellEnd"/>
          </w:p>
        </w:tc>
        <w:tc>
          <w:tcPr>
            <w:tcW w:w="1134" w:type="dxa"/>
          </w:tcPr>
          <w:p w14:paraId="688A3AF7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3</w:t>
            </w:r>
          </w:p>
        </w:tc>
        <w:tc>
          <w:tcPr>
            <w:tcW w:w="1276" w:type="dxa"/>
          </w:tcPr>
          <w:p w14:paraId="1A050E38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50</w:t>
            </w:r>
          </w:p>
        </w:tc>
        <w:tc>
          <w:tcPr>
            <w:tcW w:w="1559" w:type="dxa"/>
          </w:tcPr>
          <w:p w14:paraId="4EFF30D1" w14:textId="77777777" w:rsidR="0059292A" w:rsidRPr="0059292A" w:rsidRDefault="0059292A">
            <w:pPr>
              <w:rPr>
                <w:lang w:val="ru-RU"/>
              </w:rPr>
            </w:pPr>
            <w:proofErr w:type="spellStart"/>
            <w:r w:rsidRPr="0059292A">
              <w:rPr>
                <w:lang w:val="ru-RU"/>
              </w:rPr>
              <w:t>Скумін</w:t>
            </w:r>
            <w:proofErr w:type="spellEnd"/>
            <w:r w:rsidRPr="0059292A">
              <w:rPr>
                <w:lang w:val="ru-RU"/>
              </w:rPr>
              <w:t xml:space="preserve"> С. В.  </w:t>
            </w:r>
            <w:proofErr w:type="spellStart"/>
            <w:r w:rsidRPr="0059292A">
              <w:rPr>
                <w:lang w:val="ru-RU"/>
              </w:rPr>
              <w:t>Павловець</w:t>
            </w:r>
            <w:proofErr w:type="spellEnd"/>
            <w:r w:rsidRPr="0059292A">
              <w:rPr>
                <w:lang w:val="ru-RU"/>
              </w:rPr>
              <w:t xml:space="preserve"> Л. А.</w:t>
            </w:r>
          </w:p>
        </w:tc>
      </w:tr>
      <w:tr w:rsidR="0059292A" w:rsidRPr="0059292A" w14:paraId="5B2FAFC1" w14:textId="77777777" w:rsidTr="0059292A">
        <w:tc>
          <w:tcPr>
            <w:tcW w:w="1844" w:type="dxa"/>
          </w:tcPr>
          <w:p w14:paraId="15B5AD69" w14:textId="77777777" w:rsidR="0059292A" w:rsidRPr="0059292A" w:rsidRDefault="0059292A">
            <w:r w:rsidRPr="0059292A">
              <w:t>13)</w:t>
            </w:r>
            <w:proofErr w:type="spellStart"/>
            <w:r w:rsidRPr="0059292A">
              <w:t>Малашицька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Ділара</w:t>
            </w:r>
            <w:proofErr w:type="spellEnd"/>
          </w:p>
        </w:tc>
        <w:tc>
          <w:tcPr>
            <w:tcW w:w="992" w:type="dxa"/>
          </w:tcPr>
          <w:p w14:paraId="75CA573A" w14:textId="77777777" w:rsidR="0059292A" w:rsidRPr="0059292A" w:rsidRDefault="0059292A">
            <w:proofErr w:type="spellStart"/>
            <w:r w:rsidRPr="0059292A">
              <w:t>Динамо</w:t>
            </w:r>
            <w:proofErr w:type="spellEnd"/>
          </w:p>
        </w:tc>
        <w:tc>
          <w:tcPr>
            <w:tcW w:w="1249" w:type="dxa"/>
          </w:tcPr>
          <w:p w14:paraId="6E815436" w14:textId="77777777" w:rsidR="0059292A" w:rsidRPr="0059292A" w:rsidRDefault="0059292A">
            <w:proofErr w:type="spellStart"/>
            <w:r w:rsidRPr="0059292A">
              <w:t>Боротьба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вільної</w:t>
            </w:r>
            <w:proofErr w:type="spellEnd"/>
          </w:p>
        </w:tc>
        <w:tc>
          <w:tcPr>
            <w:tcW w:w="2437" w:type="dxa"/>
          </w:tcPr>
          <w:p w14:paraId="72889D77" w14:textId="77777777" w:rsidR="0059292A" w:rsidRPr="0059292A" w:rsidRDefault="0059292A">
            <w:proofErr w:type="spellStart"/>
            <w:r w:rsidRPr="0059292A">
              <w:t>Чемпіонат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України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серед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молодших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юнаків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та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молодших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дівчат</w:t>
            </w:r>
            <w:proofErr w:type="spellEnd"/>
            <w:r w:rsidRPr="0059292A">
              <w:t xml:space="preserve"> (U13) з </w:t>
            </w:r>
            <w:proofErr w:type="spellStart"/>
            <w:r w:rsidRPr="0059292A">
              <w:t>боротьби</w:t>
            </w:r>
            <w:proofErr w:type="spellEnd"/>
            <w:r w:rsidRPr="0059292A">
              <w:br/>
            </w:r>
            <w:proofErr w:type="spellStart"/>
            <w:r w:rsidRPr="0059292A">
              <w:t>вільної</w:t>
            </w:r>
            <w:proofErr w:type="spellEnd"/>
            <w:r w:rsidRPr="0059292A">
              <w:t xml:space="preserve"> 27-30.10.25 м. </w:t>
            </w:r>
            <w:proofErr w:type="spellStart"/>
            <w:r w:rsidRPr="0059292A">
              <w:t>Хмельницький</w:t>
            </w:r>
            <w:proofErr w:type="spellEnd"/>
          </w:p>
        </w:tc>
        <w:tc>
          <w:tcPr>
            <w:tcW w:w="1275" w:type="dxa"/>
          </w:tcPr>
          <w:p w14:paraId="7E0DD630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 xml:space="preserve">58 </w:t>
            </w:r>
            <w:proofErr w:type="spellStart"/>
            <w:r w:rsidRPr="0059292A">
              <w:rPr>
                <w:b/>
                <w:bCs/>
              </w:rPr>
              <w:t>кг</w:t>
            </w:r>
            <w:proofErr w:type="spellEnd"/>
          </w:p>
        </w:tc>
        <w:tc>
          <w:tcPr>
            <w:tcW w:w="1134" w:type="dxa"/>
          </w:tcPr>
          <w:p w14:paraId="73DEE84B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3</w:t>
            </w:r>
          </w:p>
        </w:tc>
        <w:tc>
          <w:tcPr>
            <w:tcW w:w="1276" w:type="dxa"/>
          </w:tcPr>
          <w:p w14:paraId="49828500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50</w:t>
            </w:r>
          </w:p>
        </w:tc>
        <w:tc>
          <w:tcPr>
            <w:tcW w:w="1559" w:type="dxa"/>
          </w:tcPr>
          <w:p w14:paraId="2F351F4D" w14:textId="77777777" w:rsidR="0059292A" w:rsidRPr="0059292A" w:rsidRDefault="0059292A">
            <w:pPr>
              <w:rPr>
                <w:lang w:val="ru-RU"/>
              </w:rPr>
            </w:pPr>
            <w:proofErr w:type="spellStart"/>
            <w:r w:rsidRPr="0059292A">
              <w:rPr>
                <w:lang w:val="ru-RU"/>
              </w:rPr>
              <w:t>Скумін</w:t>
            </w:r>
            <w:proofErr w:type="spellEnd"/>
            <w:r w:rsidRPr="0059292A">
              <w:rPr>
                <w:lang w:val="ru-RU"/>
              </w:rPr>
              <w:t xml:space="preserve"> С. В. </w:t>
            </w:r>
            <w:proofErr w:type="spellStart"/>
            <w:r w:rsidRPr="0059292A">
              <w:rPr>
                <w:lang w:val="ru-RU"/>
              </w:rPr>
              <w:t>Павловець</w:t>
            </w:r>
            <w:proofErr w:type="spellEnd"/>
            <w:r w:rsidRPr="0059292A">
              <w:rPr>
                <w:lang w:val="ru-RU"/>
              </w:rPr>
              <w:t xml:space="preserve"> Л. А.</w:t>
            </w:r>
          </w:p>
        </w:tc>
      </w:tr>
      <w:tr w:rsidR="0059292A" w:rsidRPr="0059292A" w14:paraId="3A0A4FDA" w14:textId="77777777" w:rsidTr="0059292A">
        <w:tc>
          <w:tcPr>
            <w:tcW w:w="1844" w:type="dxa"/>
          </w:tcPr>
          <w:p w14:paraId="4F765BB9" w14:textId="77777777" w:rsidR="0059292A" w:rsidRPr="0059292A" w:rsidRDefault="0059292A">
            <w:r w:rsidRPr="0059292A">
              <w:t>14)</w:t>
            </w:r>
            <w:proofErr w:type="spellStart"/>
            <w:r w:rsidRPr="0059292A">
              <w:t>Кулініч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Поліна</w:t>
            </w:r>
            <w:proofErr w:type="spellEnd"/>
          </w:p>
        </w:tc>
        <w:tc>
          <w:tcPr>
            <w:tcW w:w="992" w:type="dxa"/>
          </w:tcPr>
          <w:p w14:paraId="0AA9B588" w14:textId="77777777" w:rsidR="0059292A" w:rsidRPr="0059292A" w:rsidRDefault="0059292A">
            <w:proofErr w:type="spellStart"/>
            <w:r w:rsidRPr="0059292A">
              <w:t>Колос</w:t>
            </w:r>
            <w:proofErr w:type="spellEnd"/>
          </w:p>
        </w:tc>
        <w:tc>
          <w:tcPr>
            <w:tcW w:w="1249" w:type="dxa"/>
          </w:tcPr>
          <w:p w14:paraId="2BA5D668" w14:textId="77777777" w:rsidR="0059292A" w:rsidRPr="0059292A" w:rsidRDefault="0059292A">
            <w:proofErr w:type="spellStart"/>
            <w:r w:rsidRPr="0059292A">
              <w:t>Боротьба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вільної</w:t>
            </w:r>
            <w:proofErr w:type="spellEnd"/>
          </w:p>
        </w:tc>
        <w:tc>
          <w:tcPr>
            <w:tcW w:w="2437" w:type="dxa"/>
          </w:tcPr>
          <w:p w14:paraId="141F2FDF" w14:textId="77777777" w:rsidR="0059292A" w:rsidRPr="0059292A" w:rsidRDefault="0059292A">
            <w:r w:rsidRPr="0059292A">
              <w:t xml:space="preserve">ЧЕМПІОНАТ УКРАЇНИ (U-20) з </w:t>
            </w:r>
            <w:proofErr w:type="spellStart"/>
            <w:r w:rsidRPr="0059292A">
              <w:t>боротьби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вільної</w:t>
            </w:r>
            <w:proofErr w:type="spellEnd"/>
            <w:r w:rsidRPr="0059292A">
              <w:t xml:space="preserve"> м. </w:t>
            </w:r>
            <w:proofErr w:type="spellStart"/>
            <w:r w:rsidRPr="0059292A">
              <w:t>Хмельницький</w:t>
            </w:r>
            <w:proofErr w:type="spellEnd"/>
            <w:r w:rsidRPr="0059292A">
              <w:t xml:space="preserve"> 8-11.04.2025</w:t>
            </w:r>
          </w:p>
        </w:tc>
        <w:tc>
          <w:tcPr>
            <w:tcW w:w="1275" w:type="dxa"/>
          </w:tcPr>
          <w:p w14:paraId="0B7C3A8F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 xml:space="preserve">53 </w:t>
            </w:r>
            <w:proofErr w:type="spellStart"/>
            <w:r w:rsidRPr="0059292A">
              <w:rPr>
                <w:b/>
                <w:bCs/>
              </w:rPr>
              <w:t>кг</w:t>
            </w:r>
            <w:proofErr w:type="spellEnd"/>
          </w:p>
        </w:tc>
        <w:tc>
          <w:tcPr>
            <w:tcW w:w="1134" w:type="dxa"/>
          </w:tcPr>
          <w:p w14:paraId="37DF2A6F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5</w:t>
            </w:r>
          </w:p>
        </w:tc>
        <w:tc>
          <w:tcPr>
            <w:tcW w:w="1276" w:type="dxa"/>
          </w:tcPr>
          <w:p w14:paraId="076BBDCB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30</w:t>
            </w:r>
          </w:p>
        </w:tc>
        <w:tc>
          <w:tcPr>
            <w:tcW w:w="1559" w:type="dxa"/>
          </w:tcPr>
          <w:p w14:paraId="4B5CC393" w14:textId="77777777" w:rsidR="0059292A" w:rsidRPr="0059292A" w:rsidRDefault="0059292A">
            <w:pPr>
              <w:rPr>
                <w:lang w:val="ru-RU"/>
              </w:rPr>
            </w:pPr>
            <w:r w:rsidRPr="0059292A">
              <w:rPr>
                <w:lang w:val="ru-RU"/>
              </w:rPr>
              <w:t xml:space="preserve"> Краска Ю. А. </w:t>
            </w:r>
            <w:proofErr w:type="spellStart"/>
            <w:r w:rsidRPr="0059292A">
              <w:rPr>
                <w:lang w:val="ru-RU"/>
              </w:rPr>
              <w:t>Луцов'ят</w:t>
            </w:r>
            <w:proofErr w:type="spellEnd"/>
            <w:r w:rsidRPr="0059292A">
              <w:rPr>
                <w:lang w:val="ru-RU"/>
              </w:rPr>
              <w:t xml:space="preserve"> В. А.</w:t>
            </w:r>
          </w:p>
        </w:tc>
      </w:tr>
      <w:tr w:rsidR="0059292A" w:rsidRPr="0059292A" w14:paraId="0E08A705" w14:textId="77777777" w:rsidTr="0059292A">
        <w:tc>
          <w:tcPr>
            <w:tcW w:w="1844" w:type="dxa"/>
          </w:tcPr>
          <w:p w14:paraId="38A620CF" w14:textId="77777777" w:rsidR="0059292A" w:rsidRPr="0059292A" w:rsidRDefault="0059292A">
            <w:r w:rsidRPr="0059292A">
              <w:t>16)</w:t>
            </w:r>
            <w:proofErr w:type="spellStart"/>
            <w:r w:rsidRPr="0059292A">
              <w:t>Солоха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Людмила</w:t>
            </w:r>
            <w:proofErr w:type="spellEnd"/>
          </w:p>
        </w:tc>
        <w:tc>
          <w:tcPr>
            <w:tcW w:w="992" w:type="dxa"/>
          </w:tcPr>
          <w:p w14:paraId="58456B08" w14:textId="77777777" w:rsidR="0059292A" w:rsidRPr="0059292A" w:rsidRDefault="0059292A">
            <w:proofErr w:type="spellStart"/>
            <w:r w:rsidRPr="0059292A">
              <w:t>Динамо</w:t>
            </w:r>
            <w:proofErr w:type="spellEnd"/>
          </w:p>
        </w:tc>
        <w:tc>
          <w:tcPr>
            <w:tcW w:w="1249" w:type="dxa"/>
          </w:tcPr>
          <w:p w14:paraId="7A27F6D5" w14:textId="77777777" w:rsidR="0059292A" w:rsidRPr="0059292A" w:rsidRDefault="0059292A">
            <w:proofErr w:type="spellStart"/>
            <w:r w:rsidRPr="0059292A">
              <w:t>Боротьба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вільної</w:t>
            </w:r>
            <w:proofErr w:type="spellEnd"/>
          </w:p>
        </w:tc>
        <w:tc>
          <w:tcPr>
            <w:tcW w:w="2437" w:type="dxa"/>
          </w:tcPr>
          <w:p w14:paraId="6A353CEB" w14:textId="77777777" w:rsidR="0059292A" w:rsidRPr="0059292A" w:rsidRDefault="0059292A">
            <w:r w:rsidRPr="0059292A">
              <w:t xml:space="preserve">ЧЕМПІОНАТ УКРАЇНИ </w:t>
            </w:r>
            <w:proofErr w:type="spellStart"/>
            <w:r w:rsidRPr="0059292A">
              <w:t>серед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юніорів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та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юніорок</w:t>
            </w:r>
            <w:proofErr w:type="spellEnd"/>
            <w:r w:rsidRPr="0059292A">
              <w:t xml:space="preserve"> (U17) з </w:t>
            </w:r>
            <w:proofErr w:type="spellStart"/>
            <w:r w:rsidRPr="0059292A">
              <w:t>боротьби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вільної</w:t>
            </w:r>
            <w:proofErr w:type="spellEnd"/>
            <w:r w:rsidRPr="0059292A">
              <w:t xml:space="preserve"> 4-8 .3.2025 р. м.</w:t>
            </w:r>
            <w:r w:rsidRPr="0059292A">
              <w:br/>
            </w:r>
            <w:proofErr w:type="spellStart"/>
            <w:r w:rsidRPr="0059292A">
              <w:t>Чернівці</w:t>
            </w:r>
            <w:proofErr w:type="spellEnd"/>
          </w:p>
        </w:tc>
        <w:tc>
          <w:tcPr>
            <w:tcW w:w="1275" w:type="dxa"/>
          </w:tcPr>
          <w:p w14:paraId="176EE0CF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 xml:space="preserve">53 </w:t>
            </w:r>
            <w:proofErr w:type="spellStart"/>
            <w:r w:rsidRPr="0059292A">
              <w:rPr>
                <w:b/>
                <w:bCs/>
              </w:rPr>
              <w:t>кг</w:t>
            </w:r>
            <w:proofErr w:type="spellEnd"/>
          </w:p>
        </w:tc>
        <w:tc>
          <w:tcPr>
            <w:tcW w:w="1134" w:type="dxa"/>
          </w:tcPr>
          <w:p w14:paraId="13B32C16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5</w:t>
            </w:r>
          </w:p>
        </w:tc>
        <w:tc>
          <w:tcPr>
            <w:tcW w:w="1276" w:type="dxa"/>
          </w:tcPr>
          <w:p w14:paraId="5BAEF506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18</w:t>
            </w:r>
          </w:p>
        </w:tc>
        <w:tc>
          <w:tcPr>
            <w:tcW w:w="1559" w:type="dxa"/>
          </w:tcPr>
          <w:p w14:paraId="61FAC763" w14:textId="77777777" w:rsidR="0059292A" w:rsidRPr="0059292A" w:rsidRDefault="0059292A">
            <w:proofErr w:type="spellStart"/>
            <w:r w:rsidRPr="0059292A">
              <w:t>Довгалець</w:t>
            </w:r>
            <w:proofErr w:type="spellEnd"/>
            <w:r w:rsidRPr="0059292A">
              <w:t xml:space="preserve"> В. В.  </w:t>
            </w:r>
          </w:p>
        </w:tc>
      </w:tr>
      <w:tr w:rsidR="0059292A" w:rsidRPr="0059292A" w14:paraId="34C21643" w14:textId="77777777" w:rsidTr="0059292A">
        <w:tc>
          <w:tcPr>
            <w:tcW w:w="1844" w:type="dxa"/>
          </w:tcPr>
          <w:p w14:paraId="7CFC3332" w14:textId="77777777" w:rsidR="0059292A" w:rsidRPr="0059292A" w:rsidRDefault="0059292A">
            <w:r w:rsidRPr="0059292A">
              <w:t>17)</w:t>
            </w:r>
            <w:proofErr w:type="spellStart"/>
            <w:r w:rsidRPr="0059292A">
              <w:t>Тищенко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Дарія</w:t>
            </w:r>
            <w:proofErr w:type="spellEnd"/>
          </w:p>
        </w:tc>
        <w:tc>
          <w:tcPr>
            <w:tcW w:w="992" w:type="dxa"/>
          </w:tcPr>
          <w:p w14:paraId="7244F0D5" w14:textId="77777777" w:rsidR="0059292A" w:rsidRPr="0059292A" w:rsidRDefault="0059292A">
            <w:r w:rsidRPr="0059292A">
              <w:t>ДЮСШ</w:t>
            </w:r>
          </w:p>
        </w:tc>
        <w:tc>
          <w:tcPr>
            <w:tcW w:w="1249" w:type="dxa"/>
          </w:tcPr>
          <w:p w14:paraId="59D81C54" w14:textId="77777777" w:rsidR="0059292A" w:rsidRPr="0059292A" w:rsidRDefault="0059292A">
            <w:proofErr w:type="spellStart"/>
            <w:r w:rsidRPr="0059292A">
              <w:t>Боротьба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вільної</w:t>
            </w:r>
            <w:proofErr w:type="spellEnd"/>
          </w:p>
        </w:tc>
        <w:tc>
          <w:tcPr>
            <w:tcW w:w="2437" w:type="dxa"/>
          </w:tcPr>
          <w:p w14:paraId="52C3B395" w14:textId="77777777" w:rsidR="0059292A" w:rsidRPr="0059292A" w:rsidRDefault="0059292A">
            <w:proofErr w:type="spellStart"/>
            <w:r w:rsidRPr="0059292A">
              <w:t>Чемпіонат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України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серед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юнаків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та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дівчат</w:t>
            </w:r>
            <w:proofErr w:type="spellEnd"/>
            <w:r w:rsidRPr="0059292A">
              <w:t xml:space="preserve"> (U16) </w:t>
            </w:r>
            <w:proofErr w:type="spellStart"/>
            <w:r w:rsidRPr="0059292A">
              <w:t>пам’яті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Івана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Піддубного</w:t>
            </w:r>
            <w:proofErr w:type="spellEnd"/>
            <w:r w:rsidRPr="0059292A">
              <w:t xml:space="preserve"> з </w:t>
            </w:r>
            <w:proofErr w:type="spellStart"/>
            <w:r w:rsidRPr="0059292A">
              <w:t>боротьби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вільної</w:t>
            </w:r>
            <w:proofErr w:type="spellEnd"/>
          </w:p>
        </w:tc>
        <w:tc>
          <w:tcPr>
            <w:tcW w:w="1275" w:type="dxa"/>
          </w:tcPr>
          <w:p w14:paraId="38CD38A4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 xml:space="preserve">61 </w:t>
            </w:r>
            <w:proofErr w:type="spellStart"/>
            <w:r w:rsidRPr="0059292A">
              <w:rPr>
                <w:b/>
                <w:bCs/>
              </w:rPr>
              <w:t>кг</w:t>
            </w:r>
            <w:proofErr w:type="spellEnd"/>
          </w:p>
        </w:tc>
        <w:tc>
          <w:tcPr>
            <w:tcW w:w="1134" w:type="dxa"/>
          </w:tcPr>
          <w:p w14:paraId="3402B96E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5</w:t>
            </w:r>
          </w:p>
        </w:tc>
        <w:tc>
          <w:tcPr>
            <w:tcW w:w="1276" w:type="dxa"/>
          </w:tcPr>
          <w:p w14:paraId="6790803C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18</w:t>
            </w:r>
          </w:p>
        </w:tc>
        <w:tc>
          <w:tcPr>
            <w:tcW w:w="1559" w:type="dxa"/>
          </w:tcPr>
          <w:p w14:paraId="2D945E62" w14:textId="77777777" w:rsidR="0059292A" w:rsidRPr="0059292A" w:rsidRDefault="0059292A">
            <w:pPr>
              <w:rPr>
                <w:lang w:val="ru-RU"/>
              </w:rPr>
            </w:pPr>
            <w:r w:rsidRPr="0059292A">
              <w:rPr>
                <w:lang w:val="ru-RU"/>
              </w:rPr>
              <w:t>Белаш Н. С. Хомич Р. О.</w:t>
            </w:r>
          </w:p>
        </w:tc>
      </w:tr>
      <w:tr w:rsidR="0059292A" w:rsidRPr="0059292A" w14:paraId="310B9EAB" w14:textId="77777777" w:rsidTr="0059292A">
        <w:tc>
          <w:tcPr>
            <w:tcW w:w="1844" w:type="dxa"/>
          </w:tcPr>
          <w:p w14:paraId="14DCE27B" w14:textId="77777777" w:rsidR="0059292A" w:rsidRPr="0059292A" w:rsidRDefault="0059292A">
            <w:r w:rsidRPr="0059292A">
              <w:t>18)</w:t>
            </w:r>
            <w:proofErr w:type="spellStart"/>
            <w:r w:rsidRPr="0059292A">
              <w:t>Васильчик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Ольга</w:t>
            </w:r>
            <w:proofErr w:type="spellEnd"/>
          </w:p>
        </w:tc>
        <w:tc>
          <w:tcPr>
            <w:tcW w:w="992" w:type="dxa"/>
          </w:tcPr>
          <w:p w14:paraId="78E94FDD" w14:textId="77777777" w:rsidR="0059292A" w:rsidRPr="0059292A" w:rsidRDefault="0059292A">
            <w:proofErr w:type="spellStart"/>
            <w:r w:rsidRPr="0059292A">
              <w:t>Динамо</w:t>
            </w:r>
            <w:proofErr w:type="spellEnd"/>
          </w:p>
        </w:tc>
        <w:tc>
          <w:tcPr>
            <w:tcW w:w="1249" w:type="dxa"/>
          </w:tcPr>
          <w:p w14:paraId="29A9C08E" w14:textId="77777777" w:rsidR="0059292A" w:rsidRPr="0059292A" w:rsidRDefault="0059292A">
            <w:proofErr w:type="spellStart"/>
            <w:r w:rsidRPr="0059292A">
              <w:t>Боротьба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вільної</w:t>
            </w:r>
            <w:proofErr w:type="spellEnd"/>
          </w:p>
        </w:tc>
        <w:tc>
          <w:tcPr>
            <w:tcW w:w="2437" w:type="dxa"/>
          </w:tcPr>
          <w:p w14:paraId="704CD762" w14:textId="77777777" w:rsidR="0059292A" w:rsidRPr="0059292A" w:rsidRDefault="0059292A">
            <w:pPr>
              <w:rPr>
                <w:lang w:val="ru-RU"/>
              </w:rPr>
            </w:pPr>
            <w:r w:rsidRPr="0059292A">
              <w:rPr>
                <w:lang w:val="ru-RU"/>
              </w:rPr>
              <w:t xml:space="preserve">ЧЕМПІОНАТ УКРАЇНИ (15) з </w:t>
            </w:r>
            <w:proofErr w:type="spellStart"/>
            <w:r w:rsidRPr="0059292A">
              <w:rPr>
                <w:lang w:val="ru-RU"/>
              </w:rPr>
              <w:t>вільної</w:t>
            </w:r>
            <w:proofErr w:type="spellEnd"/>
            <w:r w:rsidRPr="0059292A">
              <w:rPr>
                <w:lang w:val="ru-RU"/>
              </w:rPr>
              <w:t xml:space="preserve"> </w:t>
            </w:r>
            <w:proofErr w:type="spellStart"/>
            <w:r w:rsidRPr="0059292A">
              <w:rPr>
                <w:lang w:val="ru-RU"/>
              </w:rPr>
              <w:t>боротьби</w:t>
            </w:r>
            <w:proofErr w:type="spellEnd"/>
            <w:r w:rsidRPr="0059292A">
              <w:rPr>
                <w:lang w:val="ru-RU"/>
              </w:rPr>
              <w:t xml:space="preserve"> м. </w:t>
            </w:r>
            <w:proofErr w:type="spellStart"/>
            <w:r w:rsidRPr="0059292A">
              <w:rPr>
                <w:lang w:val="ru-RU"/>
              </w:rPr>
              <w:t>Хмельницький</w:t>
            </w:r>
            <w:proofErr w:type="spellEnd"/>
            <w:r w:rsidRPr="0059292A">
              <w:rPr>
                <w:lang w:val="ru-RU"/>
              </w:rPr>
              <w:t xml:space="preserve"> 28.04-01.05.2025</w:t>
            </w:r>
          </w:p>
        </w:tc>
        <w:tc>
          <w:tcPr>
            <w:tcW w:w="1275" w:type="dxa"/>
          </w:tcPr>
          <w:p w14:paraId="4EEFB599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 xml:space="preserve">39 </w:t>
            </w:r>
            <w:proofErr w:type="spellStart"/>
            <w:r w:rsidRPr="0059292A">
              <w:rPr>
                <w:b/>
                <w:bCs/>
              </w:rPr>
              <w:t>кг</w:t>
            </w:r>
            <w:proofErr w:type="spellEnd"/>
          </w:p>
        </w:tc>
        <w:tc>
          <w:tcPr>
            <w:tcW w:w="1134" w:type="dxa"/>
          </w:tcPr>
          <w:p w14:paraId="5D16971B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5</w:t>
            </w:r>
          </w:p>
        </w:tc>
        <w:tc>
          <w:tcPr>
            <w:tcW w:w="1276" w:type="dxa"/>
          </w:tcPr>
          <w:p w14:paraId="46AFCF8F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18</w:t>
            </w:r>
          </w:p>
        </w:tc>
        <w:tc>
          <w:tcPr>
            <w:tcW w:w="1559" w:type="dxa"/>
          </w:tcPr>
          <w:p w14:paraId="61BA783D" w14:textId="77777777" w:rsidR="0059292A" w:rsidRPr="0059292A" w:rsidRDefault="0059292A">
            <w:proofErr w:type="spellStart"/>
            <w:r w:rsidRPr="0059292A">
              <w:t>Скумін</w:t>
            </w:r>
            <w:proofErr w:type="spellEnd"/>
            <w:r w:rsidRPr="0059292A">
              <w:t xml:space="preserve"> С. В.</w:t>
            </w:r>
          </w:p>
        </w:tc>
      </w:tr>
      <w:tr w:rsidR="0059292A" w:rsidRPr="0059292A" w14:paraId="7C7CCBC2" w14:textId="77777777" w:rsidTr="0059292A">
        <w:tc>
          <w:tcPr>
            <w:tcW w:w="1844" w:type="dxa"/>
          </w:tcPr>
          <w:p w14:paraId="25D2C836" w14:textId="77777777" w:rsidR="0059292A" w:rsidRPr="0059292A" w:rsidRDefault="0059292A">
            <w:r w:rsidRPr="0059292A">
              <w:lastRenderedPageBreak/>
              <w:t>19)</w:t>
            </w:r>
            <w:proofErr w:type="spellStart"/>
            <w:r w:rsidRPr="0059292A">
              <w:t>Смик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Маргарита</w:t>
            </w:r>
            <w:proofErr w:type="spellEnd"/>
          </w:p>
        </w:tc>
        <w:tc>
          <w:tcPr>
            <w:tcW w:w="992" w:type="dxa"/>
          </w:tcPr>
          <w:p w14:paraId="22577B0A" w14:textId="77777777" w:rsidR="0059292A" w:rsidRPr="0059292A" w:rsidRDefault="0059292A">
            <w:r w:rsidRPr="0059292A">
              <w:t>МОН</w:t>
            </w:r>
          </w:p>
        </w:tc>
        <w:tc>
          <w:tcPr>
            <w:tcW w:w="1249" w:type="dxa"/>
          </w:tcPr>
          <w:p w14:paraId="1117E3AF" w14:textId="77777777" w:rsidR="0059292A" w:rsidRPr="0059292A" w:rsidRDefault="0059292A">
            <w:proofErr w:type="spellStart"/>
            <w:r w:rsidRPr="0059292A">
              <w:t>Боротьба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вільної</w:t>
            </w:r>
            <w:proofErr w:type="spellEnd"/>
          </w:p>
        </w:tc>
        <w:tc>
          <w:tcPr>
            <w:tcW w:w="2437" w:type="dxa"/>
          </w:tcPr>
          <w:p w14:paraId="5C867B20" w14:textId="77777777" w:rsidR="0059292A" w:rsidRPr="0059292A" w:rsidRDefault="0059292A">
            <w:pPr>
              <w:rPr>
                <w:lang w:val="ru-RU"/>
              </w:rPr>
            </w:pPr>
            <w:r w:rsidRPr="0059292A">
              <w:rPr>
                <w:lang w:val="ru-RU"/>
              </w:rPr>
              <w:t xml:space="preserve">ЧЕМПІОНАТ УКРАЇНИ (15) з </w:t>
            </w:r>
            <w:proofErr w:type="spellStart"/>
            <w:r w:rsidRPr="0059292A">
              <w:rPr>
                <w:lang w:val="ru-RU"/>
              </w:rPr>
              <w:t>вільної</w:t>
            </w:r>
            <w:proofErr w:type="spellEnd"/>
            <w:r w:rsidRPr="0059292A">
              <w:rPr>
                <w:lang w:val="ru-RU"/>
              </w:rPr>
              <w:t xml:space="preserve"> </w:t>
            </w:r>
            <w:proofErr w:type="spellStart"/>
            <w:r w:rsidRPr="0059292A">
              <w:rPr>
                <w:lang w:val="ru-RU"/>
              </w:rPr>
              <w:t>боротьби</w:t>
            </w:r>
            <w:proofErr w:type="spellEnd"/>
            <w:r w:rsidRPr="0059292A">
              <w:rPr>
                <w:lang w:val="ru-RU"/>
              </w:rPr>
              <w:t xml:space="preserve"> м. </w:t>
            </w:r>
            <w:proofErr w:type="spellStart"/>
            <w:r w:rsidRPr="0059292A">
              <w:rPr>
                <w:lang w:val="ru-RU"/>
              </w:rPr>
              <w:t>Хмельницький</w:t>
            </w:r>
            <w:proofErr w:type="spellEnd"/>
            <w:r w:rsidRPr="0059292A">
              <w:rPr>
                <w:lang w:val="ru-RU"/>
              </w:rPr>
              <w:t xml:space="preserve"> 28.04-01.05.2025</w:t>
            </w:r>
          </w:p>
        </w:tc>
        <w:tc>
          <w:tcPr>
            <w:tcW w:w="1275" w:type="dxa"/>
          </w:tcPr>
          <w:p w14:paraId="2E2E7090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 xml:space="preserve">39 </w:t>
            </w:r>
            <w:proofErr w:type="spellStart"/>
            <w:r w:rsidRPr="0059292A">
              <w:rPr>
                <w:b/>
                <w:bCs/>
              </w:rPr>
              <w:t>кг</w:t>
            </w:r>
            <w:proofErr w:type="spellEnd"/>
          </w:p>
        </w:tc>
        <w:tc>
          <w:tcPr>
            <w:tcW w:w="1134" w:type="dxa"/>
          </w:tcPr>
          <w:p w14:paraId="46A11A68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5</w:t>
            </w:r>
          </w:p>
        </w:tc>
        <w:tc>
          <w:tcPr>
            <w:tcW w:w="1276" w:type="dxa"/>
          </w:tcPr>
          <w:p w14:paraId="2D7ED64F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18</w:t>
            </w:r>
          </w:p>
        </w:tc>
        <w:tc>
          <w:tcPr>
            <w:tcW w:w="1559" w:type="dxa"/>
          </w:tcPr>
          <w:p w14:paraId="75F055F5" w14:textId="77777777" w:rsidR="0059292A" w:rsidRPr="0059292A" w:rsidRDefault="0059292A">
            <w:pPr>
              <w:rPr>
                <w:lang w:val="ru-RU"/>
              </w:rPr>
            </w:pPr>
            <w:r w:rsidRPr="0059292A">
              <w:rPr>
                <w:lang w:val="ru-RU"/>
              </w:rPr>
              <w:t xml:space="preserve">Васильчук Д. В. Васильчук В. А. </w:t>
            </w:r>
          </w:p>
        </w:tc>
      </w:tr>
      <w:tr w:rsidR="0059292A" w:rsidRPr="0059292A" w14:paraId="7A746618" w14:textId="77777777" w:rsidTr="0059292A">
        <w:tc>
          <w:tcPr>
            <w:tcW w:w="1844" w:type="dxa"/>
          </w:tcPr>
          <w:p w14:paraId="5AA1CBD5" w14:textId="77777777" w:rsidR="0059292A" w:rsidRPr="0059292A" w:rsidRDefault="0059292A">
            <w:r w:rsidRPr="0059292A">
              <w:t xml:space="preserve">20) </w:t>
            </w:r>
            <w:proofErr w:type="spellStart"/>
            <w:r w:rsidRPr="0059292A">
              <w:t>Васильчик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Анна</w:t>
            </w:r>
            <w:proofErr w:type="spellEnd"/>
          </w:p>
        </w:tc>
        <w:tc>
          <w:tcPr>
            <w:tcW w:w="992" w:type="dxa"/>
          </w:tcPr>
          <w:p w14:paraId="0C159C0C" w14:textId="77777777" w:rsidR="0059292A" w:rsidRPr="0059292A" w:rsidRDefault="0059292A">
            <w:proofErr w:type="spellStart"/>
            <w:r w:rsidRPr="0059292A">
              <w:t>Динамо</w:t>
            </w:r>
            <w:proofErr w:type="spellEnd"/>
          </w:p>
        </w:tc>
        <w:tc>
          <w:tcPr>
            <w:tcW w:w="1249" w:type="dxa"/>
          </w:tcPr>
          <w:p w14:paraId="341040E4" w14:textId="77777777" w:rsidR="0059292A" w:rsidRPr="0059292A" w:rsidRDefault="0059292A">
            <w:proofErr w:type="spellStart"/>
            <w:r w:rsidRPr="0059292A">
              <w:t>Боротьба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вільної</w:t>
            </w:r>
            <w:proofErr w:type="spellEnd"/>
          </w:p>
        </w:tc>
        <w:tc>
          <w:tcPr>
            <w:tcW w:w="2437" w:type="dxa"/>
          </w:tcPr>
          <w:p w14:paraId="6E963E12" w14:textId="77777777" w:rsidR="0059292A" w:rsidRPr="0059292A" w:rsidRDefault="0059292A">
            <w:proofErr w:type="spellStart"/>
            <w:r w:rsidRPr="0059292A">
              <w:t>Чемпіонат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України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серед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молодших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юнаків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та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молодших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дівчат</w:t>
            </w:r>
            <w:proofErr w:type="spellEnd"/>
            <w:r w:rsidRPr="0059292A">
              <w:t xml:space="preserve"> (U13) з </w:t>
            </w:r>
            <w:proofErr w:type="spellStart"/>
            <w:r w:rsidRPr="0059292A">
              <w:t>боротьби</w:t>
            </w:r>
            <w:proofErr w:type="spellEnd"/>
            <w:r w:rsidRPr="0059292A">
              <w:br/>
            </w:r>
            <w:proofErr w:type="spellStart"/>
            <w:r w:rsidRPr="0059292A">
              <w:t>вільної</w:t>
            </w:r>
            <w:proofErr w:type="spellEnd"/>
            <w:r w:rsidRPr="0059292A">
              <w:t xml:space="preserve"> 27-30.10.25 м. </w:t>
            </w:r>
            <w:proofErr w:type="spellStart"/>
            <w:r w:rsidRPr="0059292A">
              <w:t>Хмельницький</w:t>
            </w:r>
            <w:proofErr w:type="spellEnd"/>
          </w:p>
        </w:tc>
        <w:tc>
          <w:tcPr>
            <w:tcW w:w="1275" w:type="dxa"/>
          </w:tcPr>
          <w:p w14:paraId="14D8312D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 xml:space="preserve">33 </w:t>
            </w:r>
            <w:proofErr w:type="spellStart"/>
            <w:r w:rsidRPr="0059292A">
              <w:rPr>
                <w:b/>
                <w:bCs/>
              </w:rPr>
              <w:t>кг</w:t>
            </w:r>
            <w:proofErr w:type="spellEnd"/>
          </w:p>
        </w:tc>
        <w:tc>
          <w:tcPr>
            <w:tcW w:w="1134" w:type="dxa"/>
          </w:tcPr>
          <w:p w14:paraId="44E34FE8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5</w:t>
            </w:r>
          </w:p>
        </w:tc>
        <w:tc>
          <w:tcPr>
            <w:tcW w:w="1276" w:type="dxa"/>
          </w:tcPr>
          <w:p w14:paraId="5F7D58D6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18</w:t>
            </w:r>
          </w:p>
        </w:tc>
        <w:tc>
          <w:tcPr>
            <w:tcW w:w="1559" w:type="dxa"/>
          </w:tcPr>
          <w:p w14:paraId="66C5F69C" w14:textId="77777777" w:rsidR="0059292A" w:rsidRPr="0059292A" w:rsidRDefault="0059292A">
            <w:pPr>
              <w:rPr>
                <w:lang w:val="ru-RU"/>
              </w:rPr>
            </w:pPr>
            <w:proofErr w:type="spellStart"/>
            <w:r w:rsidRPr="0059292A">
              <w:rPr>
                <w:lang w:val="ru-RU"/>
              </w:rPr>
              <w:t>Скумін</w:t>
            </w:r>
            <w:proofErr w:type="spellEnd"/>
            <w:r w:rsidRPr="0059292A">
              <w:rPr>
                <w:lang w:val="ru-RU"/>
              </w:rPr>
              <w:t xml:space="preserve"> С. В. </w:t>
            </w:r>
            <w:proofErr w:type="spellStart"/>
            <w:r w:rsidRPr="0059292A">
              <w:rPr>
                <w:lang w:val="ru-RU"/>
              </w:rPr>
              <w:t>Павловець</w:t>
            </w:r>
            <w:proofErr w:type="spellEnd"/>
            <w:r w:rsidRPr="0059292A">
              <w:rPr>
                <w:lang w:val="ru-RU"/>
              </w:rPr>
              <w:t xml:space="preserve"> Л. А.</w:t>
            </w:r>
          </w:p>
        </w:tc>
      </w:tr>
      <w:tr w:rsidR="0059292A" w:rsidRPr="0059292A" w14:paraId="5600DEF7" w14:textId="77777777" w:rsidTr="0059292A">
        <w:tc>
          <w:tcPr>
            <w:tcW w:w="1844" w:type="dxa"/>
          </w:tcPr>
          <w:p w14:paraId="5E7D9DC7" w14:textId="77777777" w:rsidR="0059292A" w:rsidRPr="0059292A" w:rsidRDefault="0059292A">
            <w:r w:rsidRPr="0059292A">
              <w:t>21)</w:t>
            </w:r>
            <w:proofErr w:type="spellStart"/>
            <w:r w:rsidRPr="0059292A">
              <w:t>Овісійчук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Наталія</w:t>
            </w:r>
            <w:proofErr w:type="spellEnd"/>
          </w:p>
        </w:tc>
        <w:tc>
          <w:tcPr>
            <w:tcW w:w="992" w:type="dxa"/>
          </w:tcPr>
          <w:p w14:paraId="141ACD43" w14:textId="77777777" w:rsidR="0059292A" w:rsidRPr="0059292A" w:rsidRDefault="0059292A">
            <w:proofErr w:type="spellStart"/>
            <w:r w:rsidRPr="0059292A">
              <w:t>Динамо</w:t>
            </w:r>
            <w:proofErr w:type="spellEnd"/>
          </w:p>
        </w:tc>
        <w:tc>
          <w:tcPr>
            <w:tcW w:w="1249" w:type="dxa"/>
          </w:tcPr>
          <w:p w14:paraId="63414161" w14:textId="77777777" w:rsidR="0059292A" w:rsidRPr="0059292A" w:rsidRDefault="0059292A">
            <w:proofErr w:type="spellStart"/>
            <w:r w:rsidRPr="0059292A">
              <w:t>Боротьба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вільної</w:t>
            </w:r>
            <w:proofErr w:type="spellEnd"/>
          </w:p>
        </w:tc>
        <w:tc>
          <w:tcPr>
            <w:tcW w:w="2437" w:type="dxa"/>
          </w:tcPr>
          <w:p w14:paraId="59760F5D" w14:textId="77777777" w:rsidR="0059292A" w:rsidRPr="0059292A" w:rsidRDefault="0059292A">
            <w:proofErr w:type="spellStart"/>
            <w:r w:rsidRPr="0059292A">
              <w:t>Чемпіонат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України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серед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молодших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юнаків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та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молодших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дівчат</w:t>
            </w:r>
            <w:proofErr w:type="spellEnd"/>
            <w:r w:rsidRPr="0059292A">
              <w:t xml:space="preserve"> (U13) з </w:t>
            </w:r>
            <w:proofErr w:type="spellStart"/>
            <w:r w:rsidRPr="0059292A">
              <w:t>боротьби</w:t>
            </w:r>
            <w:proofErr w:type="spellEnd"/>
            <w:r w:rsidRPr="0059292A">
              <w:br/>
            </w:r>
            <w:proofErr w:type="spellStart"/>
            <w:r w:rsidRPr="0059292A">
              <w:t>вільної</w:t>
            </w:r>
            <w:proofErr w:type="spellEnd"/>
            <w:r w:rsidRPr="0059292A">
              <w:t xml:space="preserve"> 27-30.10.25 м. </w:t>
            </w:r>
            <w:proofErr w:type="spellStart"/>
            <w:r w:rsidRPr="0059292A">
              <w:t>Хмельницький</w:t>
            </w:r>
            <w:proofErr w:type="spellEnd"/>
          </w:p>
        </w:tc>
        <w:tc>
          <w:tcPr>
            <w:tcW w:w="1275" w:type="dxa"/>
          </w:tcPr>
          <w:p w14:paraId="2138368F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 xml:space="preserve">54 </w:t>
            </w:r>
            <w:proofErr w:type="spellStart"/>
            <w:r w:rsidRPr="0059292A">
              <w:rPr>
                <w:b/>
                <w:bCs/>
              </w:rPr>
              <w:t>кг</w:t>
            </w:r>
            <w:proofErr w:type="spellEnd"/>
          </w:p>
        </w:tc>
        <w:tc>
          <w:tcPr>
            <w:tcW w:w="1134" w:type="dxa"/>
          </w:tcPr>
          <w:p w14:paraId="0491C247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5</w:t>
            </w:r>
          </w:p>
        </w:tc>
        <w:tc>
          <w:tcPr>
            <w:tcW w:w="1276" w:type="dxa"/>
          </w:tcPr>
          <w:p w14:paraId="66D6C55A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18</w:t>
            </w:r>
          </w:p>
        </w:tc>
        <w:tc>
          <w:tcPr>
            <w:tcW w:w="1559" w:type="dxa"/>
          </w:tcPr>
          <w:p w14:paraId="585E0A4D" w14:textId="77777777" w:rsidR="0059292A" w:rsidRPr="0059292A" w:rsidRDefault="0059292A">
            <w:pPr>
              <w:rPr>
                <w:lang w:val="ru-RU"/>
              </w:rPr>
            </w:pPr>
            <w:proofErr w:type="spellStart"/>
            <w:r w:rsidRPr="0059292A">
              <w:rPr>
                <w:lang w:val="ru-RU"/>
              </w:rPr>
              <w:t>Скумін</w:t>
            </w:r>
            <w:proofErr w:type="spellEnd"/>
            <w:r w:rsidRPr="0059292A">
              <w:rPr>
                <w:lang w:val="ru-RU"/>
              </w:rPr>
              <w:t xml:space="preserve"> С. В. </w:t>
            </w:r>
            <w:proofErr w:type="spellStart"/>
            <w:r w:rsidRPr="0059292A">
              <w:rPr>
                <w:lang w:val="ru-RU"/>
              </w:rPr>
              <w:t>Павловець</w:t>
            </w:r>
            <w:proofErr w:type="spellEnd"/>
            <w:r w:rsidRPr="0059292A">
              <w:rPr>
                <w:lang w:val="ru-RU"/>
              </w:rPr>
              <w:t xml:space="preserve"> Л. А.</w:t>
            </w:r>
          </w:p>
        </w:tc>
      </w:tr>
      <w:tr w:rsidR="0059292A" w:rsidRPr="0059292A" w14:paraId="0329F3D1" w14:textId="77777777" w:rsidTr="0059292A">
        <w:tc>
          <w:tcPr>
            <w:tcW w:w="1844" w:type="dxa"/>
          </w:tcPr>
          <w:p w14:paraId="7A767BC6" w14:textId="77777777" w:rsidR="0059292A" w:rsidRPr="0059292A" w:rsidRDefault="0059292A">
            <w:r w:rsidRPr="0059292A">
              <w:t>22)</w:t>
            </w:r>
            <w:proofErr w:type="spellStart"/>
            <w:r w:rsidRPr="0059292A">
              <w:t>Шерстюк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Дар'я</w:t>
            </w:r>
            <w:proofErr w:type="spellEnd"/>
          </w:p>
        </w:tc>
        <w:tc>
          <w:tcPr>
            <w:tcW w:w="992" w:type="dxa"/>
          </w:tcPr>
          <w:p w14:paraId="2E77572A" w14:textId="77777777" w:rsidR="0059292A" w:rsidRPr="0059292A" w:rsidRDefault="0059292A">
            <w:proofErr w:type="spellStart"/>
            <w:r w:rsidRPr="0059292A">
              <w:t>Динамо</w:t>
            </w:r>
            <w:proofErr w:type="spellEnd"/>
          </w:p>
        </w:tc>
        <w:tc>
          <w:tcPr>
            <w:tcW w:w="1249" w:type="dxa"/>
          </w:tcPr>
          <w:p w14:paraId="3357A007" w14:textId="77777777" w:rsidR="0059292A" w:rsidRPr="0059292A" w:rsidRDefault="0059292A">
            <w:proofErr w:type="spellStart"/>
            <w:r w:rsidRPr="0059292A">
              <w:t>Боротьба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вільної</w:t>
            </w:r>
            <w:proofErr w:type="spellEnd"/>
          </w:p>
        </w:tc>
        <w:tc>
          <w:tcPr>
            <w:tcW w:w="2437" w:type="dxa"/>
          </w:tcPr>
          <w:p w14:paraId="43A3081B" w14:textId="77777777" w:rsidR="0059292A" w:rsidRPr="0059292A" w:rsidRDefault="0059292A">
            <w:r w:rsidRPr="0059292A">
              <w:t xml:space="preserve">ЧЕМПІОНАТ УКРАЇНИ </w:t>
            </w:r>
            <w:proofErr w:type="spellStart"/>
            <w:r w:rsidRPr="0059292A">
              <w:t>серед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юніорів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та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юніорок</w:t>
            </w:r>
            <w:proofErr w:type="spellEnd"/>
            <w:r w:rsidRPr="0059292A">
              <w:t xml:space="preserve"> (U17) з </w:t>
            </w:r>
            <w:proofErr w:type="spellStart"/>
            <w:r w:rsidRPr="0059292A">
              <w:t>боротьби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вільної</w:t>
            </w:r>
            <w:proofErr w:type="spellEnd"/>
            <w:r w:rsidRPr="0059292A">
              <w:t xml:space="preserve"> 4-8 .3.2025 р. м.</w:t>
            </w:r>
            <w:r w:rsidRPr="0059292A">
              <w:br/>
            </w:r>
            <w:proofErr w:type="spellStart"/>
            <w:r w:rsidRPr="0059292A">
              <w:t>Чернівці</w:t>
            </w:r>
            <w:proofErr w:type="spellEnd"/>
          </w:p>
        </w:tc>
        <w:tc>
          <w:tcPr>
            <w:tcW w:w="1275" w:type="dxa"/>
          </w:tcPr>
          <w:p w14:paraId="607ACC4C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 xml:space="preserve">65 </w:t>
            </w:r>
            <w:proofErr w:type="spellStart"/>
            <w:r w:rsidRPr="0059292A">
              <w:rPr>
                <w:b/>
                <w:bCs/>
              </w:rPr>
              <w:t>кг</w:t>
            </w:r>
            <w:proofErr w:type="spellEnd"/>
          </w:p>
        </w:tc>
        <w:tc>
          <w:tcPr>
            <w:tcW w:w="1134" w:type="dxa"/>
          </w:tcPr>
          <w:p w14:paraId="61FC6D4D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7</w:t>
            </w:r>
          </w:p>
        </w:tc>
        <w:tc>
          <w:tcPr>
            <w:tcW w:w="1276" w:type="dxa"/>
          </w:tcPr>
          <w:p w14:paraId="2BFA202E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13</w:t>
            </w:r>
          </w:p>
        </w:tc>
        <w:tc>
          <w:tcPr>
            <w:tcW w:w="1559" w:type="dxa"/>
          </w:tcPr>
          <w:p w14:paraId="35B14C32" w14:textId="77777777" w:rsidR="0059292A" w:rsidRPr="0059292A" w:rsidRDefault="0059292A">
            <w:proofErr w:type="spellStart"/>
            <w:r w:rsidRPr="0059292A">
              <w:t>Скумін</w:t>
            </w:r>
            <w:proofErr w:type="spellEnd"/>
            <w:r w:rsidRPr="0059292A">
              <w:t xml:space="preserve"> С. В.</w:t>
            </w:r>
          </w:p>
        </w:tc>
      </w:tr>
      <w:tr w:rsidR="0059292A" w:rsidRPr="0059292A" w14:paraId="4FDE1905" w14:textId="77777777" w:rsidTr="0059292A">
        <w:tc>
          <w:tcPr>
            <w:tcW w:w="1844" w:type="dxa"/>
          </w:tcPr>
          <w:p w14:paraId="7B7B46A1" w14:textId="77777777" w:rsidR="0059292A" w:rsidRPr="0059292A" w:rsidRDefault="0059292A">
            <w:r w:rsidRPr="0059292A">
              <w:t>23)</w:t>
            </w:r>
            <w:proofErr w:type="spellStart"/>
            <w:r w:rsidRPr="0059292A">
              <w:t>Пахнюк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Ірина</w:t>
            </w:r>
            <w:proofErr w:type="spellEnd"/>
          </w:p>
        </w:tc>
        <w:tc>
          <w:tcPr>
            <w:tcW w:w="992" w:type="dxa"/>
          </w:tcPr>
          <w:p w14:paraId="4351870D" w14:textId="77777777" w:rsidR="0059292A" w:rsidRPr="0059292A" w:rsidRDefault="0059292A">
            <w:r w:rsidRPr="0059292A">
              <w:t>МОН</w:t>
            </w:r>
          </w:p>
        </w:tc>
        <w:tc>
          <w:tcPr>
            <w:tcW w:w="1249" w:type="dxa"/>
          </w:tcPr>
          <w:p w14:paraId="29B6D22B" w14:textId="77777777" w:rsidR="0059292A" w:rsidRPr="0059292A" w:rsidRDefault="0059292A">
            <w:proofErr w:type="spellStart"/>
            <w:r w:rsidRPr="0059292A">
              <w:t>Боротьба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вільної</w:t>
            </w:r>
            <w:proofErr w:type="spellEnd"/>
          </w:p>
        </w:tc>
        <w:tc>
          <w:tcPr>
            <w:tcW w:w="2437" w:type="dxa"/>
          </w:tcPr>
          <w:p w14:paraId="65A98A4B" w14:textId="77777777" w:rsidR="0059292A" w:rsidRPr="0059292A" w:rsidRDefault="0059292A">
            <w:pPr>
              <w:rPr>
                <w:lang w:val="ru-RU"/>
              </w:rPr>
            </w:pPr>
            <w:r w:rsidRPr="0059292A">
              <w:rPr>
                <w:lang w:val="ru-RU"/>
              </w:rPr>
              <w:t xml:space="preserve">ЧЕМПІОНАТ УКРАЇНИ (15) з </w:t>
            </w:r>
            <w:proofErr w:type="spellStart"/>
            <w:r w:rsidRPr="0059292A">
              <w:rPr>
                <w:lang w:val="ru-RU"/>
              </w:rPr>
              <w:t>вільної</w:t>
            </w:r>
            <w:proofErr w:type="spellEnd"/>
            <w:r w:rsidRPr="0059292A">
              <w:rPr>
                <w:lang w:val="ru-RU"/>
              </w:rPr>
              <w:t xml:space="preserve"> </w:t>
            </w:r>
            <w:proofErr w:type="spellStart"/>
            <w:r w:rsidRPr="0059292A">
              <w:rPr>
                <w:lang w:val="ru-RU"/>
              </w:rPr>
              <w:t>боротьби</w:t>
            </w:r>
            <w:proofErr w:type="spellEnd"/>
            <w:r w:rsidRPr="0059292A">
              <w:rPr>
                <w:lang w:val="ru-RU"/>
              </w:rPr>
              <w:t xml:space="preserve"> м. </w:t>
            </w:r>
            <w:proofErr w:type="spellStart"/>
            <w:r w:rsidRPr="0059292A">
              <w:rPr>
                <w:lang w:val="ru-RU"/>
              </w:rPr>
              <w:t>Хмельницький</w:t>
            </w:r>
            <w:proofErr w:type="spellEnd"/>
            <w:r w:rsidRPr="0059292A">
              <w:rPr>
                <w:lang w:val="ru-RU"/>
              </w:rPr>
              <w:t xml:space="preserve"> 28.04-01.05.2025</w:t>
            </w:r>
          </w:p>
        </w:tc>
        <w:tc>
          <w:tcPr>
            <w:tcW w:w="1275" w:type="dxa"/>
          </w:tcPr>
          <w:p w14:paraId="342B54CF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 xml:space="preserve">42 </w:t>
            </w:r>
            <w:proofErr w:type="spellStart"/>
            <w:r w:rsidRPr="0059292A">
              <w:rPr>
                <w:b/>
                <w:bCs/>
              </w:rPr>
              <w:t>кг</w:t>
            </w:r>
            <w:proofErr w:type="spellEnd"/>
          </w:p>
        </w:tc>
        <w:tc>
          <w:tcPr>
            <w:tcW w:w="1134" w:type="dxa"/>
          </w:tcPr>
          <w:p w14:paraId="7D6162CF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7</w:t>
            </w:r>
          </w:p>
        </w:tc>
        <w:tc>
          <w:tcPr>
            <w:tcW w:w="1276" w:type="dxa"/>
          </w:tcPr>
          <w:p w14:paraId="1C18A8B2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13</w:t>
            </w:r>
          </w:p>
        </w:tc>
        <w:tc>
          <w:tcPr>
            <w:tcW w:w="1559" w:type="dxa"/>
          </w:tcPr>
          <w:p w14:paraId="790C7420" w14:textId="77777777" w:rsidR="0059292A" w:rsidRPr="0059292A" w:rsidRDefault="0059292A">
            <w:pPr>
              <w:rPr>
                <w:lang w:val="ru-RU"/>
              </w:rPr>
            </w:pPr>
            <w:r w:rsidRPr="0059292A">
              <w:rPr>
                <w:lang w:val="ru-RU"/>
              </w:rPr>
              <w:t xml:space="preserve">Васильчук Д. В. Васильчук В. А. </w:t>
            </w:r>
          </w:p>
        </w:tc>
      </w:tr>
      <w:tr w:rsidR="0059292A" w:rsidRPr="0059292A" w14:paraId="5F519956" w14:textId="77777777" w:rsidTr="0059292A">
        <w:tc>
          <w:tcPr>
            <w:tcW w:w="1844" w:type="dxa"/>
          </w:tcPr>
          <w:p w14:paraId="1672A657" w14:textId="77777777" w:rsidR="0059292A" w:rsidRPr="0059292A" w:rsidRDefault="0059292A">
            <w:r w:rsidRPr="0059292A">
              <w:t>24)</w:t>
            </w:r>
            <w:proofErr w:type="spellStart"/>
            <w:r w:rsidRPr="0059292A">
              <w:t>Наумець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Маргарита</w:t>
            </w:r>
            <w:proofErr w:type="spellEnd"/>
          </w:p>
        </w:tc>
        <w:tc>
          <w:tcPr>
            <w:tcW w:w="992" w:type="dxa"/>
          </w:tcPr>
          <w:p w14:paraId="4764230F" w14:textId="77777777" w:rsidR="0059292A" w:rsidRPr="0059292A" w:rsidRDefault="0059292A">
            <w:r w:rsidRPr="0059292A">
              <w:t>ДЮСШ</w:t>
            </w:r>
          </w:p>
        </w:tc>
        <w:tc>
          <w:tcPr>
            <w:tcW w:w="1249" w:type="dxa"/>
          </w:tcPr>
          <w:p w14:paraId="67A1CCEA" w14:textId="77777777" w:rsidR="0059292A" w:rsidRPr="0059292A" w:rsidRDefault="0059292A">
            <w:proofErr w:type="spellStart"/>
            <w:r w:rsidRPr="0059292A">
              <w:t>Боротьба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вільної</w:t>
            </w:r>
            <w:proofErr w:type="spellEnd"/>
          </w:p>
        </w:tc>
        <w:tc>
          <w:tcPr>
            <w:tcW w:w="2437" w:type="dxa"/>
          </w:tcPr>
          <w:p w14:paraId="453F1E60" w14:textId="77777777" w:rsidR="0059292A" w:rsidRPr="0059292A" w:rsidRDefault="0059292A">
            <w:pPr>
              <w:rPr>
                <w:lang w:val="ru-RU"/>
              </w:rPr>
            </w:pPr>
            <w:r w:rsidRPr="0059292A">
              <w:rPr>
                <w:lang w:val="ru-RU"/>
              </w:rPr>
              <w:t xml:space="preserve">ЧЕМПІОНАТ УКРАЇНИ (15) з </w:t>
            </w:r>
            <w:proofErr w:type="spellStart"/>
            <w:r w:rsidRPr="0059292A">
              <w:rPr>
                <w:lang w:val="ru-RU"/>
              </w:rPr>
              <w:t>вільної</w:t>
            </w:r>
            <w:proofErr w:type="spellEnd"/>
            <w:r w:rsidRPr="0059292A">
              <w:rPr>
                <w:lang w:val="ru-RU"/>
              </w:rPr>
              <w:t xml:space="preserve"> </w:t>
            </w:r>
            <w:proofErr w:type="spellStart"/>
            <w:r w:rsidRPr="0059292A">
              <w:rPr>
                <w:lang w:val="ru-RU"/>
              </w:rPr>
              <w:t>боротьби</w:t>
            </w:r>
            <w:proofErr w:type="spellEnd"/>
            <w:r w:rsidRPr="0059292A">
              <w:rPr>
                <w:lang w:val="ru-RU"/>
              </w:rPr>
              <w:t xml:space="preserve"> м. </w:t>
            </w:r>
            <w:proofErr w:type="spellStart"/>
            <w:r w:rsidRPr="0059292A">
              <w:rPr>
                <w:lang w:val="ru-RU"/>
              </w:rPr>
              <w:t>Хмельницький</w:t>
            </w:r>
            <w:proofErr w:type="spellEnd"/>
            <w:r w:rsidRPr="0059292A">
              <w:rPr>
                <w:lang w:val="ru-RU"/>
              </w:rPr>
              <w:t xml:space="preserve"> 28.04-01.05.2025</w:t>
            </w:r>
          </w:p>
        </w:tc>
        <w:tc>
          <w:tcPr>
            <w:tcW w:w="1275" w:type="dxa"/>
          </w:tcPr>
          <w:p w14:paraId="217D1BE6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 xml:space="preserve">66 </w:t>
            </w:r>
            <w:proofErr w:type="spellStart"/>
            <w:r w:rsidRPr="0059292A">
              <w:rPr>
                <w:b/>
                <w:bCs/>
              </w:rPr>
              <w:t>кг</w:t>
            </w:r>
            <w:proofErr w:type="spellEnd"/>
          </w:p>
        </w:tc>
        <w:tc>
          <w:tcPr>
            <w:tcW w:w="1134" w:type="dxa"/>
          </w:tcPr>
          <w:p w14:paraId="57A403EB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7</w:t>
            </w:r>
          </w:p>
        </w:tc>
        <w:tc>
          <w:tcPr>
            <w:tcW w:w="1276" w:type="dxa"/>
          </w:tcPr>
          <w:p w14:paraId="4A374582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13</w:t>
            </w:r>
          </w:p>
        </w:tc>
        <w:tc>
          <w:tcPr>
            <w:tcW w:w="1559" w:type="dxa"/>
          </w:tcPr>
          <w:p w14:paraId="45725EB9" w14:textId="77777777" w:rsidR="0059292A" w:rsidRPr="0059292A" w:rsidRDefault="0059292A">
            <w:pPr>
              <w:rPr>
                <w:lang w:val="ru-RU"/>
              </w:rPr>
            </w:pPr>
            <w:r w:rsidRPr="0059292A">
              <w:rPr>
                <w:lang w:val="ru-RU"/>
              </w:rPr>
              <w:t xml:space="preserve"> Белаш Н. С. Белаш П. І.</w:t>
            </w:r>
          </w:p>
        </w:tc>
      </w:tr>
      <w:tr w:rsidR="0059292A" w:rsidRPr="0059292A" w14:paraId="40668044" w14:textId="77777777" w:rsidTr="0059292A">
        <w:tc>
          <w:tcPr>
            <w:tcW w:w="1844" w:type="dxa"/>
          </w:tcPr>
          <w:p w14:paraId="587454ED" w14:textId="77777777" w:rsidR="0059292A" w:rsidRPr="0059292A" w:rsidRDefault="0059292A">
            <w:r w:rsidRPr="0059292A">
              <w:t>25)</w:t>
            </w:r>
            <w:proofErr w:type="spellStart"/>
            <w:r w:rsidRPr="0059292A">
              <w:t>Гончарук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Олександра</w:t>
            </w:r>
            <w:proofErr w:type="spellEnd"/>
          </w:p>
        </w:tc>
        <w:tc>
          <w:tcPr>
            <w:tcW w:w="992" w:type="dxa"/>
          </w:tcPr>
          <w:p w14:paraId="01EAFC64" w14:textId="77777777" w:rsidR="0059292A" w:rsidRPr="0059292A" w:rsidRDefault="0059292A">
            <w:r w:rsidRPr="0059292A">
              <w:t>ДЮСШ</w:t>
            </w:r>
          </w:p>
        </w:tc>
        <w:tc>
          <w:tcPr>
            <w:tcW w:w="1249" w:type="dxa"/>
          </w:tcPr>
          <w:p w14:paraId="2EE13835" w14:textId="77777777" w:rsidR="0059292A" w:rsidRPr="0059292A" w:rsidRDefault="0059292A">
            <w:proofErr w:type="spellStart"/>
            <w:r w:rsidRPr="0059292A">
              <w:t>Боротьба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вільної</w:t>
            </w:r>
            <w:proofErr w:type="spellEnd"/>
          </w:p>
        </w:tc>
        <w:tc>
          <w:tcPr>
            <w:tcW w:w="2437" w:type="dxa"/>
          </w:tcPr>
          <w:p w14:paraId="113625B9" w14:textId="77777777" w:rsidR="0059292A" w:rsidRPr="0059292A" w:rsidRDefault="0059292A">
            <w:proofErr w:type="spellStart"/>
            <w:r w:rsidRPr="0059292A">
              <w:t>Чемпіонат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України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серед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молодших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юнаків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та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молодших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дівчат</w:t>
            </w:r>
            <w:proofErr w:type="spellEnd"/>
            <w:r w:rsidRPr="0059292A">
              <w:t xml:space="preserve"> (U13) з </w:t>
            </w:r>
            <w:proofErr w:type="spellStart"/>
            <w:r w:rsidRPr="0059292A">
              <w:lastRenderedPageBreak/>
              <w:t>боротьби</w:t>
            </w:r>
            <w:proofErr w:type="spellEnd"/>
            <w:r w:rsidRPr="0059292A">
              <w:br/>
            </w:r>
            <w:proofErr w:type="spellStart"/>
            <w:r w:rsidRPr="0059292A">
              <w:t>вільної</w:t>
            </w:r>
            <w:proofErr w:type="spellEnd"/>
            <w:r w:rsidRPr="0059292A">
              <w:t xml:space="preserve"> 27-30.10.25 м. </w:t>
            </w:r>
            <w:proofErr w:type="spellStart"/>
            <w:r w:rsidRPr="0059292A">
              <w:t>Хмельницький</w:t>
            </w:r>
            <w:proofErr w:type="spellEnd"/>
          </w:p>
        </w:tc>
        <w:tc>
          <w:tcPr>
            <w:tcW w:w="1275" w:type="dxa"/>
          </w:tcPr>
          <w:p w14:paraId="6551D3DD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lastRenderedPageBreak/>
              <w:t xml:space="preserve">50 </w:t>
            </w:r>
            <w:proofErr w:type="spellStart"/>
            <w:r w:rsidRPr="0059292A">
              <w:rPr>
                <w:b/>
                <w:bCs/>
              </w:rPr>
              <w:t>кг</w:t>
            </w:r>
            <w:proofErr w:type="spellEnd"/>
          </w:p>
        </w:tc>
        <w:tc>
          <w:tcPr>
            <w:tcW w:w="1134" w:type="dxa"/>
          </w:tcPr>
          <w:p w14:paraId="0F39C531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7</w:t>
            </w:r>
          </w:p>
        </w:tc>
        <w:tc>
          <w:tcPr>
            <w:tcW w:w="1276" w:type="dxa"/>
          </w:tcPr>
          <w:p w14:paraId="364E9E9A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13</w:t>
            </w:r>
          </w:p>
        </w:tc>
        <w:tc>
          <w:tcPr>
            <w:tcW w:w="1559" w:type="dxa"/>
          </w:tcPr>
          <w:p w14:paraId="01273D76" w14:textId="77777777" w:rsidR="0059292A" w:rsidRPr="0059292A" w:rsidRDefault="0059292A">
            <w:proofErr w:type="spellStart"/>
            <w:r w:rsidRPr="0059292A">
              <w:t>Бондар</w:t>
            </w:r>
            <w:proofErr w:type="spellEnd"/>
            <w:r w:rsidRPr="0059292A">
              <w:t xml:space="preserve"> Т. С.</w:t>
            </w:r>
          </w:p>
        </w:tc>
      </w:tr>
      <w:tr w:rsidR="0059292A" w:rsidRPr="0059292A" w14:paraId="7425175F" w14:textId="77777777" w:rsidTr="0059292A">
        <w:tc>
          <w:tcPr>
            <w:tcW w:w="1844" w:type="dxa"/>
          </w:tcPr>
          <w:p w14:paraId="37538AC5" w14:textId="77777777" w:rsidR="0059292A" w:rsidRPr="0059292A" w:rsidRDefault="0059292A">
            <w:r w:rsidRPr="0059292A">
              <w:t>26)</w:t>
            </w:r>
            <w:proofErr w:type="spellStart"/>
            <w:r w:rsidRPr="0059292A">
              <w:t>Бакунець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Марія</w:t>
            </w:r>
            <w:proofErr w:type="spellEnd"/>
          </w:p>
        </w:tc>
        <w:tc>
          <w:tcPr>
            <w:tcW w:w="992" w:type="dxa"/>
          </w:tcPr>
          <w:p w14:paraId="1AFF67C8" w14:textId="77777777" w:rsidR="0059292A" w:rsidRPr="0059292A" w:rsidRDefault="0059292A">
            <w:proofErr w:type="spellStart"/>
            <w:r w:rsidRPr="0059292A">
              <w:t>Колос</w:t>
            </w:r>
            <w:proofErr w:type="spellEnd"/>
          </w:p>
        </w:tc>
        <w:tc>
          <w:tcPr>
            <w:tcW w:w="1249" w:type="dxa"/>
          </w:tcPr>
          <w:p w14:paraId="533D30AF" w14:textId="77777777" w:rsidR="0059292A" w:rsidRPr="0059292A" w:rsidRDefault="0059292A">
            <w:proofErr w:type="spellStart"/>
            <w:r w:rsidRPr="0059292A">
              <w:t>Боротьба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вільної</w:t>
            </w:r>
            <w:proofErr w:type="spellEnd"/>
          </w:p>
        </w:tc>
        <w:tc>
          <w:tcPr>
            <w:tcW w:w="2437" w:type="dxa"/>
          </w:tcPr>
          <w:p w14:paraId="6D8178EC" w14:textId="77777777" w:rsidR="0059292A" w:rsidRPr="0059292A" w:rsidRDefault="0059292A">
            <w:r w:rsidRPr="0059292A">
              <w:t xml:space="preserve">ЧЕМПІОНАТ УКРАЇНИ </w:t>
            </w:r>
            <w:proofErr w:type="spellStart"/>
            <w:r w:rsidRPr="0059292A">
              <w:t>серед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юніорів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та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юніорок</w:t>
            </w:r>
            <w:proofErr w:type="spellEnd"/>
            <w:r w:rsidRPr="0059292A">
              <w:t xml:space="preserve"> (U17) з </w:t>
            </w:r>
            <w:proofErr w:type="spellStart"/>
            <w:r w:rsidRPr="0059292A">
              <w:t>боротьби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вільної</w:t>
            </w:r>
            <w:proofErr w:type="spellEnd"/>
            <w:r w:rsidRPr="0059292A">
              <w:t xml:space="preserve"> 4-8 .3.2025 р. м.</w:t>
            </w:r>
            <w:r w:rsidRPr="0059292A">
              <w:br/>
            </w:r>
            <w:proofErr w:type="spellStart"/>
            <w:r w:rsidRPr="0059292A">
              <w:t>Чернівці</w:t>
            </w:r>
            <w:proofErr w:type="spellEnd"/>
          </w:p>
        </w:tc>
        <w:tc>
          <w:tcPr>
            <w:tcW w:w="1275" w:type="dxa"/>
          </w:tcPr>
          <w:p w14:paraId="1B08DD4A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 xml:space="preserve">49 </w:t>
            </w:r>
            <w:proofErr w:type="spellStart"/>
            <w:r w:rsidRPr="0059292A">
              <w:rPr>
                <w:b/>
                <w:bCs/>
              </w:rPr>
              <w:t>кг</w:t>
            </w:r>
            <w:proofErr w:type="spellEnd"/>
          </w:p>
        </w:tc>
        <w:tc>
          <w:tcPr>
            <w:tcW w:w="1134" w:type="dxa"/>
          </w:tcPr>
          <w:p w14:paraId="3E1E148F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8</w:t>
            </w:r>
          </w:p>
        </w:tc>
        <w:tc>
          <w:tcPr>
            <w:tcW w:w="1276" w:type="dxa"/>
          </w:tcPr>
          <w:p w14:paraId="23078007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10</w:t>
            </w:r>
          </w:p>
        </w:tc>
        <w:tc>
          <w:tcPr>
            <w:tcW w:w="1559" w:type="dxa"/>
          </w:tcPr>
          <w:p w14:paraId="71C74A5B" w14:textId="77777777" w:rsidR="0059292A" w:rsidRPr="0059292A" w:rsidRDefault="0059292A">
            <w:pPr>
              <w:rPr>
                <w:lang w:val="ru-RU"/>
              </w:rPr>
            </w:pPr>
            <w:r w:rsidRPr="0059292A">
              <w:rPr>
                <w:lang w:val="ru-RU"/>
              </w:rPr>
              <w:t xml:space="preserve">Краска Ю. А. </w:t>
            </w:r>
            <w:proofErr w:type="spellStart"/>
            <w:r w:rsidRPr="0059292A">
              <w:rPr>
                <w:lang w:val="ru-RU"/>
              </w:rPr>
              <w:t>Луцов'ят</w:t>
            </w:r>
            <w:proofErr w:type="spellEnd"/>
            <w:r w:rsidRPr="0059292A">
              <w:rPr>
                <w:lang w:val="ru-RU"/>
              </w:rPr>
              <w:t xml:space="preserve"> В. А.</w:t>
            </w:r>
          </w:p>
        </w:tc>
      </w:tr>
      <w:tr w:rsidR="0059292A" w:rsidRPr="0059292A" w14:paraId="0BB8DD4B" w14:textId="77777777" w:rsidTr="0059292A">
        <w:tc>
          <w:tcPr>
            <w:tcW w:w="1844" w:type="dxa"/>
          </w:tcPr>
          <w:p w14:paraId="4DFE8AAD" w14:textId="77777777" w:rsidR="0059292A" w:rsidRPr="0059292A" w:rsidRDefault="0059292A">
            <w:r w:rsidRPr="0059292A">
              <w:t>27)</w:t>
            </w:r>
            <w:proofErr w:type="spellStart"/>
            <w:r w:rsidRPr="0059292A">
              <w:t>Корнійчук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Софія</w:t>
            </w:r>
            <w:proofErr w:type="spellEnd"/>
          </w:p>
        </w:tc>
        <w:tc>
          <w:tcPr>
            <w:tcW w:w="992" w:type="dxa"/>
          </w:tcPr>
          <w:p w14:paraId="391AEFBB" w14:textId="77777777" w:rsidR="0059292A" w:rsidRPr="0059292A" w:rsidRDefault="0059292A">
            <w:proofErr w:type="spellStart"/>
            <w:r w:rsidRPr="0059292A">
              <w:t>Динамо</w:t>
            </w:r>
            <w:proofErr w:type="spellEnd"/>
          </w:p>
        </w:tc>
        <w:tc>
          <w:tcPr>
            <w:tcW w:w="1249" w:type="dxa"/>
          </w:tcPr>
          <w:p w14:paraId="596BAD74" w14:textId="77777777" w:rsidR="0059292A" w:rsidRPr="0059292A" w:rsidRDefault="0059292A">
            <w:proofErr w:type="spellStart"/>
            <w:r w:rsidRPr="0059292A">
              <w:t>Боротьба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вільної</w:t>
            </w:r>
            <w:proofErr w:type="spellEnd"/>
          </w:p>
        </w:tc>
        <w:tc>
          <w:tcPr>
            <w:tcW w:w="2437" w:type="dxa"/>
          </w:tcPr>
          <w:p w14:paraId="12EA10C9" w14:textId="77777777" w:rsidR="0059292A" w:rsidRPr="0059292A" w:rsidRDefault="0059292A">
            <w:pPr>
              <w:rPr>
                <w:lang w:val="ru-RU"/>
              </w:rPr>
            </w:pPr>
            <w:r w:rsidRPr="0059292A">
              <w:rPr>
                <w:lang w:val="ru-RU"/>
              </w:rPr>
              <w:t xml:space="preserve">ЧЕМПІОНАТ УКРАЇНИ (15) з </w:t>
            </w:r>
            <w:proofErr w:type="spellStart"/>
            <w:r w:rsidRPr="0059292A">
              <w:rPr>
                <w:lang w:val="ru-RU"/>
              </w:rPr>
              <w:t>вільної</w:t>
            </w:r>
            <w:proofErr w:type="spellEnd"/>
            <w:r w:rsidRPr="0059292A">
              <w:rPr>
                <w:lang w:val="ru-RU"/>
              </w:rPr>
              <w:t xml:space="preserve"> </w:t>
            </w:r>
            <w:proofErr w:type="spellStart"/>
            <w:r w:rsidRPr="0059292A">
              <w:rPr>
                <w:lang w:val="ru-RU"/>
              </w:rPr>
              <w:t>боротьби</w:t>
            </w:r>
            <w:proofErr w:type="spellEnd"/>
            <w:r w:rsidRPr="0059292A">
              <w:rPr>
                <w:lang w:val="ru-RU"/>
              </w:rPr>
              <w:t xml:space="preserve"> м. </w:t>
            </w:r>
            <w:proofErr w:type="spellStart"/>
            <w:r w:rsidRPr="0059292A">
              <w:rPr>
                <w:lang w:val="ru-RU"/>
              </w:rPr>
              <w:t>Хмельницький</w:t>
            </w:r>
            <w:proofErr w:type="spellEnd"/>
            <w:r w:rsidRPr="0059292A">
              <w:rPr>
                <w:lang w:val="ru-RU"/>
              </w:rPr>
              <w:t xml:space="preserve"> 28.04-01.05.2025</w:t>
            </w:r>
          </w:p>
        </w:tc>
        <w:tc>
          <w:tcPr>
            <w:tcW w:w="1275" w:type="dxa"/>
          </w:tcPr>
          <w:p w14:paraId="3892BA19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 xml:space="preserve">46 </w:t>
            </w:r>
            <w:proofErr w:type="spellStart"/>
            <w:r w:rsidRPr="0059292A">
              <w:rPr>
                <w:b/>
                <w:bCs/>
              </w:rPr>
              <w:t>кг</w:t>
            </w:r>
            <w:proofErr w:type="spellEnd"/>
          </w:p>
        </w:tc>
        <w:tc>
          <w:tcPr>
            <w:tcW w:w="1134" w:type="dxa"/>
          </w:tcPr>
          <w:p w14:paraId="6FFA2B11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8</w:t>
            </w:r>
          </w:p>
        </w:tc>
        <w:tc>
          <w:tcPr>
            <w:tcW w:w="1276" w:type="dxa"/>
          </w:tcPr>
          <w:p w14:paraId="6B533125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10</w:t>
            </w:r>
          </w:p>
        </w:tc>
        <w:tc>
          <w:tcPr>
            <w:tcW w:w="1559" w:type="dxa"/>
          </w:tcPr>
          <w:p w14:paraId="71914FF3" w14:textId="77777777" w:rsidR="0059292A" w:rsidRPr="0059292A" w:rsidRDefault="0059292A">
            <w:proofErr w:type="spellStart"/>
            <w:r w:rsidRPr="0059292A">
              <w:t>Рейвах</w:t>
            </w:r>
            <w:proofErr w:type="spellEnd"/>
            <w:r w:rsidRPr="0059292A">
              <w:t xml:space="preserve"> Ю. А. </w:t>
            </w:r>
          </w:p>
        </w:tc>
      </w:tr>
      <w:tr w:rsidR="0059292A" w:rsidRPr="0059292A" w14:paraId="72802ABE" w14:textId="77777777" w:rsidTr="0059292A">
        <w:tc>
          <w:tcPr>
            <w:tcW w:w="1844" w:type="dxa"/>
          </w:tcPr>
          <w:p w14:paraId="4E0E4BB4" w14:textId="77777777" w:rsidR="0059292A" w:rsidRPr="0059292A" w:rsidRDefault="0059292A">
            <w:r w:rsidRPr="0059292A">
              <w:t>28)</w:t>
            </w:r>
            <w:proofErr w:type="spellStart"/>
            <w:r w:rsidRPr="0059292A">
              <w:t>Шкодич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Катерина</w:t>
            </w:r>
            <w:proofErr w:type="spellEnd"/>
          </w:p>
        </w:tc>
        <w:tc>
          <w:tcPr>
            <w:tcW w:w="992" w:type="dxa"/>
          </w:tcPr>
          <w:p w14:paraId="157B20D8" w14:textId="77777777" w:rsidR="0059292A" w:rsidRPr="0059292A" w:rsidRDefault="0059292A">
            <w:r w:rsidRPr="0059292A">
              <w:t>ДЮСШ</w:t>
            </w:r>
          </w:p>
        </w:tc>
        <w:tc>
          <w:tcPr>
            <w:tcW w:w="1249" w:type="dxa"/>
          </w:tcPr>
          <w:p w14:paraId="2FA7B9E3" w14:textId="77777777" w:rsidR="0059292A" w:rsidRPr="0059292A" w:rsidRDefault="0059292A">
            <w:proofErr w:type="spellStart"/>
            <w:r w:rsidRPr="0059292A">
              <w:t>Боротьба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вільної</w:t>
            </w:r>
            <w:proofErr w:type="spellEnd"/>
          </w:p>
        </w:tc>
        <w:tc>
          <w:tcPr>
            <w:tcW w:w="2437" w:type="dxa"/>
          </w:tcPr>
          <w:p w14:paraId="509314E0" w14:textId="77777777" w:rsidR="0059292A" w:rsidRPr="0059292A" w:rsidRDefault="0059292A">
            <w:proofErr w:type="spellStart"/>
            <w:r w:rsidRPr="0059292A">
              <w:t>Чемпіонат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України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серед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юнаків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та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дівчат</w:t>
            </w:r>
            <w:proofErr w:type="spellEnd"/>
            <w:r w:rsidRPr="0059292A">
              <w:t xml:space="preserve"> (U16) </w:t>
            </w:r>
            <w:proofErr w:type="spellStart"/>
            <w:r w:rsidRPr="0059292A">
              <w:t>пам’яті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Івана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Піддубного</w:t>
            </w:r>
            <w:proofErr w:type="spellEnd"/>
            <w:r w:rsidRPr="0059292A">
              <w:t xml:space="preserve"> з </w:t>
            </w:r>
            <w:proofErr w:type="spellStart"/>
            <w:r w:rsidRPr="0059292A">
              <w:t>боротьби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вільної</w:t>
            </w:r>
            <w:proofErr w:type="spellEnd"/>
          </w:p>
        </w:tc>
        <w:tc>
          <w:tcPr>
            <w:tcW w:w="1275" w:type="dxa"/>
          </w:tcPr>
          <w:p w14:paraId="3594C64B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 xml:space="preserve">49 </w:t>
            </w:r>
            <w:proofErr w:type="spellStart"/>
            <w:r w:rsidRPr="0059292A">
              <w:rPr>
                <w:b/>
                <w:bCs/>
              </w:rPr>
              <w:t>кг</w:t>
            </w:r>
            <w:proofErr w:type="spellEnd"/>
          </w:p>
        </w:tc>
        <w:tc>
          <w:tcPr>
            <w:tcW w:w="1134" w:type="dxa"/>
          </w:tcPr>
          <w:p w14:paraId="2787FAD2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8</w:t>
            </w:r>
          </w:p>
        </w:tc>
        <w:tc>
          <w:tcPr>
            <w:tcW w:w="1276" w:type="dxa"/>
          </w:tcPr>
          <w:p w14:paraId="26AE2062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10</w:t>
            </w:r>
          </w:p>
        </w:tc>
        <w:tc>
          <w:tcPr>
            <w:tcW w:w="1559" w:type="dxa"/>
          </w:tcPr>
          <w:p w14:paraId="011D1E21" w14:textId="77777777" w:rsidR="0059292A" w:rsidRPr="0059292A" w:rsidRDefault="0059292A">
            <w:pPr>
              <w:rPr>
                <w:lang w:val="ru-RU"/>
              </w:rPr>
            </w:pPr>
            <w:r w:rsidRPr="0059292A">
              <w:rPr>
                <w:lang w:val="ru-RU"/>
              </w:rPr>
              <w:t>Белаш Н. С. Хомич Р. О.</w:t>
            </w:r>
          </w:p>
        </w:tc>
      </w:tr>
      <w:tr w:rsidR="0059292A" w:rsidRPr="0059292A" w14:paraId="4F28E3A3" w14:textId="77777777" w:rsidTr="0059292A">
        <w:tc>
          <w:tcPr>
            <w:tcW w:w="1844" w:type="dxa"/>
          </w:tcPr>
          <w:p w14:paraId="39F49DDB" w14:textId="77777777" w:rsidR="0059292A" w:rsidRPr="0059292A" w:rsidRDefault="0059292A">
            <w:r w:rsidRPr="0059292A">
              <w:t>29)</w:t>
            </w:r>
            <w:proofErr w:type="spellStart"/>
            <w:r w:rsidRPr="0059292A">
              <w:t>Телиця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Тетяна</w:t>
            </w:r>
            <w:proofErr w:type="spellEnd"/>
          </w:p>
        </w:tc>
        <w:tc>
          <w:tcPr>
            <w:tcW w:w="992" w:type="dxa"/>
          </w:tcPr>
          <w:p w14:paraId="7858A482" w14:textId="77777777" w:rsidR="0059292A" w:rsidRPr="0059292A" w:rsidRDefault="0059292A">
            <w:proofErr w:type="spellStart"/>
            <w:r w:rsidRPr="0059292A">
              <w:t>Динамо</w:t>
            </w:r>
            <w:proofErr w:type="spellEnd"/>
          </w:p>
        </w:tc>
        <w:tc>
          <w:tcPr>
            <w:tcW w:w="1249" w:type="dxa"/>
          </w:tcPr>
          <w:p w14:paraId="7BAC1A24" w14:textId="77777777" w:rsidR="0059292A" w:rsidRPr="0059292A" w:rsidRDefault="0059292A">
            <w:proofErr w:type="spellStart"/>
            <w:r w:rsidRPr="0059292A">
              <w:t>Боротьба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вільної</w:t>
            </w:r>
            <w:proofErr w:type="spellEnd"/>
          </w:p>
        </w:tc>
        <w:tc>
          <w:tcPr>
            <w:tcW w:w="2437" w:type="dxa"/>
          </w:tcPr>
          <w:p w14:paraId="1473CE4B" w14:textId="77777777" w:rsidR="0059292A" w:rsidRPr="0059292A" w:rsidRDefault="0059292A">
            <w:proofErr w:type="spellStart"/>
            <w:r w:rsidRPr="0059292A">
              <w:t>Чемпіонат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України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серед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молодших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юнаків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та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молодших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дівчат</w:t>
            </w:r>
            <w:proofErr w:type="spellEnd"/>
            <w:r w:rsidRPr="0059292A">
              <w:t xml:space="preserve"> (U13) з </w:t>
            </w:r>
            <w:proofErr w:type="spellStart"/>
            <w:r w:rsidRPr="0059292A">
              <w:t>боротьби</w:t>
            </w:r>
            <w:proofErr w:type="spellEnd"/>
            <w:r w:rsidRPr="0059292A">
              <w:br/>
            </w:r>
            <w:proofErr w:type="spellStart"/>
            <w:r w:rsidRPr="0059292A">
              <w:t>вільної</w:t>
            </w:r>
            <w:proofErr w:type="spellEnd"/>
            <w:r w:rsidRPr="0059292A">
              <w:t xml:space="preserve"> 27-30.10.25 м. </w:t>
            </w:r>
            <w:proofErr w:type="spellStart"/>
            <w:r w:rsidRPr="0059292A">
              <w:t>Хмельницький</w:t>
            </w:r>
            <w:proofErr w:type="spellEnd"/>
          </w:p>
        </w:tc>
        <w:tc>
          <w:tcPr>
            <w:tcW w:w="1275" w:type="dxa"/>
          </w:tcPr>
          <w:p w14:paraId="39BDC66C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 xml:space="preserve">33 </w:t>
            </w:r>
            <w:proofErr w:type="spellStart"/>
            <w:r w:rsidRPr="0059292A">
              <w:rPr>
                <w:b/>
                <w:bCs/>
              </w:rPr>
              <w:t>кг</w:t>
            </w:r>
            <w:proofErr w:type="spellEnd"/>
          </w:p>
        </w:tc>
        <w:tc>
          <w:tcPr>
            <w:tcW w:w="1134" w:type="dxa"/>
          </w:tcPr>
          <w:p w14:paraId="4071F965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8</w:t>
            </w:r>
          </w:p>
        </w:tc>
        <w:tc>
          <w:tcPr>
            <w:tcW w:w="1276" w:type="dxa"/>
          </w:tcPr>
          <w:p w14:paraId="6F798190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10</w:t>
            </w:r>
          </w:p>
        </w:tc>
        <w:tc>
          <w:tcPr>
            <w:tcW w:w="1559" w:type="dxa"/>
          </w:tcPr>
          <w:p w14:paraId="236C6468" w14:textId="77777777" w:rsidR="0059292A" w:rsidRPr="0059292A" w:rsidRDefault="0059292A">
            <w:pPr>
              <w:rPr>
                <w:lang w:val="ru-RU"/>
              </w:rPr>
            </w:pPr>
            <w:proofErr w:type="spellStart"/>
            <w:r w:rsidRPr="0059292A">
              <w:rPr>
                <w:lang w:val="ru-RU"/>
              </w:rPr>
              <w:t>Кайда</w:t>
            </w:r>
            <w:proofErr w:type="spellEnd"/>
            <w:r w:rsidRPr="0059292A">
              <w:rPr>
                <w:lang w:val="ru-RU"/>
              </w:rPr>
              <w:t xml:space="preserve"> Д. В. </w:t>
            </w:r>
            <w:proofErr w:type="spellStart"/>
            <w:r w:rsidRPr="0059292A">
              <w:rPr>
                <w:lang w:val="ru-RU"/>
              </w:rPr>
              <w:t>Яковець</w:t>
            </w:r>
            <w:proofErr w:type="spellEnd"/>
            <w:r w:rsidRPr="0059292A">
              <w:rPr>
                <w:lang w:val="ru-RU"/>
              </w:rPr>
              <w:t xml:space="preserve"> С. Т.</w:t>
            </w:r>
          </w:p>
        </w:tc>
      </w:tr>
      <w:tr w:rsidR="0059292A" w:rsidRPr="0059292A" w14:paraId="1BBEF697" w14:textId="77777777" w:rsidTr="0059292A">
        <w:tc>
          <w:tcPr>
            <w:tcW w:w="1844" w:type="dxa"/>
          </w:tcPr>
          <w:p w14:paraId="6EB1BB94" w14:textId="77777777" w:rsidR="0059292A" w:rsidRPr="0059292A" w:rsidRDefault="0059292A">
            <w:r w:rsidRPr="0059292A">
              <w:t>30)</w:t>
            </w:r>
            <w:proofErr w:type="spellStart"/>
            <w:r w:rsidRPr="0059292A">
              <w:t>Коржик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Ілона</w:t>
            </w:r>
            <w:proofErr w:type="spellEnd"/>
          </w:p>
        </w:tc>
        <w:tc>
          <w:tcPr>
            <w:tcW w:w="992" w:type="dxa"/>
          </w:tcPr>
          <w:p w14:paraId="33761507" w14:textId="77777777" w:rsidR="0059292A" w:rsidRPr="0059292A" w:rsidRDefault="0059292A">
            <w:r w:rsidRPr="0059292A">
              <w:t>ДЮСШ</w:t>
            </w:r>
          </w:p>
        </w:tc>
        <w:tc>
          <w:tcPr>
            <w:tcW w:w="1249" w:type="dxa"/>
          </w:tcPr>
          <w:p w14:paraId="5411758C" w14:textId="77777777" w:rsidR="0059292A" w:rsidRPr="0059292A" w:rsidRDefault="0059292A">
            <w:proofErr w:type="spellStart"/>
            <w:r w:rsidRPr="0059292A">
              <w:t>Боротьба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вільної</w:t>
            </w:r>
            <w:proofErr w:type="spellEnd"/>
          </w:p>
        </w:tc>
        <w:tc>
          <w:tcPr>
            <w:tcW w:w="2437" w:type="dxa"/>
          </w:tcPr>
          <w:p w14:paraId="3CD76B0E" w14:textId="77777777" w:rsidR="0059292A" w:rsidRPr="0059292A" w:rsidRDefault="0059292A">
            <w:proofErr w:type="spellStart"/>
            <w:r w:rsidRPr="0059292A">
              <w:t>Чемпіонат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України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серед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молодших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юнаків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та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молодших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дівчат</w:t>
            </w:r>
            <w:proofErr w:type="spellEnd"/>
            <w:r w:rsidRPr="0059292A">
              <w:t xml:space="preserve"> (U13) з </w:t>
            </w:r>
            <w:proofErr w:type="spellStart"/>
            <w:r w:rsidRPr="0059292A">
              <w:t>боротьби</w:t>
            </w:r>
            <w:proofErr w:type="spellEnd"/>
            <w:r w:rsidRPr="0059292A">
              <w:br/>
            </w:r>
            <w:proofErr w:type="spellStart"/>
            <w:r w:rsidRPr="0059292A">
              <w:t>вільної</w:t>
            </w:r>
            <w:proofErr w:type="spellEnd"/>
            <w:r w:rsidRPr="0059292A">
              <w:t xml:space="preserve"> 27-30.10.25 м. </w:t>
            </w:r>
            <w:proofErr w:type="spellStart"/>
            <w:r w:rsidRPr="0059292A">
              <w:t>Хмельницький</w:t>
            </w:r>
            <w:proofErr w:type="spellEnd"/>
          </w:p>
        </w:tc>
        <w:tc>
          <w:tcPr>
            <w:tcW w:w="1275" w:type="dxa"/>
          </w:tcPr>
          <w:p w14:paraId="2F32C0D8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 xml:space="preserve">36 </w:t>
            </w:r>
            <w:proofErr w:type="spellStart"/>
            <w:r w:rsidRPr="0059292A">
              <w:rPr>
                <w:b/>
                <w:bCs/>
              </w:rPr>
              <w:t>кг</w:t>
            </w:r>
            <w:proofErr w:type="spellEnd"/>
          </w:p>
        </w:tc>
        <w:tc>
          <w:tcPr>
            <w:tcW w:w="1134" w:type="dxa"/>
          </w:tcPr>
          <w:p w14:paraId="491CE041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8</w:t>
            </w:r>
          </w:p>
        </w:tc>
        <w:tc>
          <w:tcPr>
            <w:tcW w:w="1276" w:type="dxa"/>
          </w:tcPr>
          <w:p w14:paraId="73D409E2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10</w:t>
            </w:r>
          </w:p>
        </w:tc>
        <w:tc>
          <w:tcPr>
            <w:tcW w:w="1559" w:type="dxa"/>
          </w:tcPr>
          <w:p w14:paraId="288C0F00" w14:textId="77777777" w:rsidR="0059292A" w:rsidRPr="0059292A" w:rsidRDefault="0059292A">
            <w:pPr>
              <w:rPr>
                <w:lang w:val="ru-RU"/>
              </w:rPr>
            </w:pPr>
            <w:r w:rsidRPr="0059292A">
              <w:rPr>
                <w:lang w:val="ru-RU"/>
              </w:rPr>
              <w:t>Белаш Н. С. Хомич Р. О.</w:t>
            </w:r>
          </w:p>
        </w:tc>
      </w:tr>
      <w:tr w:rsidR="0059292A" w:rsidRPr="0059292A" w14:paraId="72B6E4A1" w14:textId="77777777" w:rsidTr="0059292A">
        <w:tc>
          <w:tcPr>
            <w:tcW w:w="1844" w:type="dxa"/>
          </w:tcPr>
          <w:p w14:paraId="0806CF08" w14:textId="77777777" w:rsidR="0059292A" w:rsidRPr="0059292A" w:rsidRDefault="0059292A">
            <w:r w:rsidRPr="0059292A">
              <w:t>31)</w:t>
            </w:r>
            <w:proofErr w:type="spellStart"/>
            <w:r w:rsidRPr="0059292A">
              <w:t>Омелянчук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Крістіна</w:t>
            </w:r>
            <w:proofErr w:type="spellEnd"/>
          </w:p>
        </w:tc>
        <w:tc>
          <w:tcPr>
            <w:tcW w:w="992" w:type="dxa"/>
          </w:tcPr>
          <w:p w14:paraId="08412706" w14:textId="77777777" w:rsidR="0059292A" w:rsidRPr="0059292A" w:rsidRDefault="0059292A">
            <w:r w:rsidRPr="0059292A">
              <w:t>МОН</w:t>
            </w:r>
          </w:p>
        </w:tc>
        <w:tc>
          <w:tcPr>
            <w:tcW w:w="1249" w:type="dxa"/>
          </w:tcPr>
          <w:p w14:paraId="4682BEBC" w14:textId="77777777" w:rsidR="0059292A" w:rsidRPr="0059292A" w:rsidRDefault="0059292A">
            <w:proofErr w:type="spellStart"/>
            <w:r w:rsidRPr="0059292A">
              <w:t>Боротьба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вільної</w:t>
            </w:r>
            <w:proofErr w:type="spellEnd"/>
          </w:p>
        </w:tc>
        <w:tc>
          <w:tcPr>
            <w:tcW w:w="2437" w:type="dxa"/>
          </w:tcPr>
          <w:p w14:paraId="20DC1CEC" w14:textId="77777777" w:rsidR="0059292A" w:rsidRPr="0059292A" w:rsidRDefault="0059292A">
            <w:proofErr w:type="spellStart"/>
            <w:r w:rsidRPr="0059292A">
              <w:t>Чемпіонат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України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серед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молодших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юнаків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та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молодших</w:t>
            </w:r>
            <w:proofErr w:type="spellEnd"/>
            <w:r w:rsidRPr="0059292A">
              <w:t xml:space="preserve"> </w:t>
            </w:r>
            <w:proofErr w:type="spellStart"/>
            <w:r w:rsidRPr="0059292A">
              <w:t>дівчат</w:t>
            </w:r>
            <w:proofErr w:type="spellEnd"/>
            <w:r w:rsidRPr="0059292A">
              <w:t xml:space="preserve"> (U13) з </w:t>
            </w:r>
            <w:proofErr w:type="spellStart"/>
            <w:r w:rsidRPr="0059292A">
              <w:t>боротьби</w:t>
            </w:r>
            <w:proofErr w:type="spellEnd"/>
            <w:r w:rsidRPr="0059292A">
              <w:br/>
            </w:r>
            <w:proofErr w:type="spellStart"/>
            <w:r w:rsidRPr="0059292A">
              <w:t>вільної</w:t>
            </w:r>
            <w:proofErr w:type="spellEnd"/>
            <w:r w:rsidRPr="0059292A">
              <w:t xml:space="preserve"> 27-30.10.25 м. </w:t>
            </w:r>
            <w:proofErr w:type="spellStart"/>
            <w:r w:rsidRPr="0059292A">
              <w:lastRenderedPageBreak/>
              <w:t>Хмельницький</w:t>
            </w:r>
            <w:proofErr w:type="spellEnd"/>
          </w:p>
        </w:tc>
        <w:tc>
          <w:tcPr>
            <w:tcW w:w="1275" w:type="dxa"/>
          </w:tcPr>
          <w:p w14:paraId="374E4F6B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lastRenderedPageBreak/>
              <w:t xml:space="preserve">50 </w:t>
            </w:r>
            <w:proofErr w:type="spellStart"/>
            <w:r w:rsidRPr="0059292A">
              <w:rPr>
                <w:b/>
                <w:bCs/>
              </w:rPr>
              <w:t>кг</w:t>
            </w:r>
            <w:proofErr w:type="spellEnd"/>
          </w:p>
        </w:tc>
        <w:tc>
          <w:tcPr>
            <w:tcW w:w="1134" w:type="dxa"/>
          </w:tcPr>
          <w:p w14:paraId="524992DD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8</w:t>
            </w:r>
          </w:p>
        </w:tc>
        <w:tc>
          <w:tcPr>
            <w:tcW w:w="1276" w:type="dxa"/>
          </w:tcPr>
          <w:p w14:paraId="6B93FDB3" w14:textId="77777777" w:rsidR="0059292A" w:rsidRPr="0059292A" w:rsidRDefault="0059292A" w:rsidP="0059292A">
            <w:pPr>
              <w:jc w:val="center"/>
              <w:rPr>
                <w:b/>
                <w:bCs/>
              </w:rPr>
            </w:pPr>
            <w:r w:rsidRPr="0059292A">
              <w:rPr>
                <w:b/>
                <w:bCs/>
              </w:rPr>
              <w:t>10</w:t>
            </w:r>
          </w:p>
        </w:tc>
        <w:tc>
          <w:tcPr>
            <w:tcW w:w="1559" w:type="dxa"/>
          </w:tcPr>
          <w:p w14:paraId="2778BEEE" w14:textId="77777777" w:rsidR="0059292A" w:rsidRPr="0059292A" w:rsidRDefault="0059292A">
            <w:pPr>
              <w:rPr>
                <w:lang w:val="ru-RU"/>
              </w:rPr>
            </w:pPr>
            <w:proofErr w:type="spellStart"/>
            <w:r w:rsidRPr="0059292A">
              <w:rPr>
                <w:lang w:val="ru-RU"/>
              </w:rPr>
              <w:t>Марач</w:t>
            </w:r>
            <w:proofErr w:type="spellEnd"/>
            <w:r w:rsidRPr="0059292A">
              <w:rPr>
                <w:lang w:val="ru-RU"/>
              </w:rPr>
              <w:t xml:space="preserve"> В. О. </w:t>
            </w:r>
            <w:proofErr w:type="spellStart"/>
            <w:r w:rsidRPr="0059292A">
              <w:rPr>
                <w:lang w:val="ru-RU"/>
              </w:rPr>
              <w:t>Луцов'ят</w:t>
            </w:r>
            <w:proofErr w:type="spellEnd"/>
            <w:r w:rsidRPr="0059292A">
              <w:rPr>
                <w:lang w:val="ru-RU"/>
              </w:rPr>
              <w:t xml:space="preserve"> В. А.</w:t>
            </w:r>
          </w:p>
        </w:tc>
      </w:tr>
    </w:tbl>
    <w:p w14:paraId="5B89B1FB" w14:textId="77777777" w:rsidR="00000000" w:rsidRPr="0059292A" w:rsidRDefault="00000000">
      <w:pPr>
        <w:rPr>
          <w:lang w:val="uk-UA"/>
        </w:rPr>
      </w:pPr>
    </w:p>
    <w:p w14:paraId="70F1B603" w14:textId="77777777" w:rsidR="0059292A" w:rsidRPr="0059292A" w:rsidRDefault="0059292A" w:rsidP="0059292A">
      <w:pPr>
        <w:spacing w:line="240" w:lineRule="auto"/>
        <w:rPr>
          <w:b/>
          <w:bCs/>
          <w:sz w:val="24"/>
          <w:szCs w:val="24"/>
          <w:lang w:val="ru-RU"/>
        </w:rPr>
      </w:pPr>
      <w:proofErr w:type="spellStart"/>
      <w:r w:rsidRPr="0059292A">
        <w:rPr>
          <w:b/>
          <w:bCs/>
          <w:sz w:val="24"/>
          <w:szCs w:val="24"/>
          <w:lang w:val="ru-RU"/>
        </w:rPr>
        <w:t>Всього</w:t>
      </w:r>
      <w:proofErr w:type="spellEnd"/>
      <w:r w:rsidRPr="0059292A">
        <w:rPr>
          <w:b/>
          <w:bCs/>
          <w:sz w:val="24"/>
          <w:szCs w:val="24"/>
          <w:lang w:val="ru-RU"/>
        </w:rPr>
        <w:t xml:space="preserve"> </w:t>
      </w:r>
      <w:proofErr w:type="spellStart"/>
      <w:r w:rsidRPr="0059292A">
        <w:rPr>
          <w:b/>
          <w:bCs/>
          <w:sz w:val="24"/>
          <w:szCs w:val="24"/>
          <w:lang w:val="ru-RU"/>
        </w:rPr>
        <w:t>очок</w:t>
      </w:r>
      <w:proofErr w:type="spellEnd"/>
      <w:r w:rsidRPr="0059292A">
        <w:rPr>
          <w:b/>
          <w:bCs/>
          <w:sz w:val="24"/>
          <w:szCs w:val="24"/>
          <w:lang w:val="ru-RU"/>
        </w:rPr>
        <w:t>: 2470</w:t>
      </w:r>
    </w:p>
    <w:p w14:paraId="14E6F857" w14:textId="77777777" w:rsidR="0059292A" w:rsidRPr="0059292A" w:rsidRDefault="0059292A" w:rsidP="0059292A">
      <w:pPr>
        <w:spacing w:line="240" w:lineRule="auto"/>
        <w:rPr>
          <w:b/>
          <w:bCs/>
          <w:sz w:val="24"/>
          <w:szCs w:val="24"/>
          <w:lang w:val="uk-UA"/>
        </w:rPr>
      </w:pPr>
    </w:p>
    <w:p w14:paraId="3B52DF07" w14:textId="77777777" w:rsidR="0059292A" w:rsidRPr="0059292A" w:rsidRDefault="0059292A" w:rsidP="0059292A">
      <w:pPr>
        <w:spacing w:line="240" w:lineRule="auto"/>
        <w:rPr>
          <w:b/>
          <w:bCs/>
          <w:sz w:val="24"/>
          <w:szCs w:val="24"/>
          <w:lang w:val="uk-UA"/>
        </w:rPr>
      </w:pPr>
    </w:p>
    <w:p w14:paraId="03E07340" w14:textId="7BD1D12E" w:rsidR="0059292A" w:rsidRPr="0059292A" w:rsidRDefault="0059292A" w:rsidP="0059292A">
      <w:pPr>
        <w:spacing w:line="240" w:lineRule="auto"/>
        <w:rPr>
          <w:rFonts w:cs="Aharoni"/>
          <w:b/>
          <w:bCs/>
          <w:sz w:val="24"/>
          <w:szCs w:val="24"/>
          <w:lang w:val="ru-RU"/>
        </w:rPr>
      </w:pPr>
      <w:r w:rsidRPr="0059292A">
        <w:rPr>
          <w:b/>
          <w:bCs/>
          <w:sz w:val="24"/>
          <w:szCs w:val="24"/>
          <w:lang w:val="uk-UA"/>
        </w:rPr>
        <w:t xml:space="preserve">Президент Федерації                                                                                                                     Ковальчук Олександр Іванович                             </w:t>
      </w:r>
      <w:r w:rsidRPr="0059292A">
        <w:rPr>
          <w:rFonts w:cs="Aharoni"/>
          <w:b/>
          <w:bCs/>
          <w:sz w:val="24"/>
          <w:szCs w:val="24"/>
          <w:lang w:val="uk-UA"/>
        </w:rPr>
        <w:t>________________________</w:t>
      </w:r>
    </w:p>
    <w:p w14:paraId="54B20FED" w14:textId="77777777" w:rsidR="0059292A" w:rsidRPr="0059292A" w:rsidRDefault="0059292A" w:rsidP="0059292A">
      <w:pPr>
        <w:spacing w:line="240" w:lineRule="auto"/>
        <w:rPr>
          <w:sz w:val="24"/>
          <w:szCs w:val="24"/>
          <w:lang w:val="uk-UA"/>
        </w:rPr>
      </w:pPr>
      <w:r w:rsidRPr="0059292A">
        <w:rPr>
          <w:b/>
          <w:bCs/>
          <w:sz w:val="24"/>
          <w:szCs w:val="24"/>
          <w:lang w:val="ru-RU"/>
        </w:rPr>
        <w:t xml:space="preserve">                                                                                                  </w:t>
      </w:r>
      <w:r w:rsidRPr="0059292A">
        <w:rPr>
          <w:b/>
          <w:bCs/>
          <w:sz w:val="24"/>
          <w:szCs w:val="24"/>
          <w:lang w:val="uk-UA"/>
        </w:rPr>
        <w:t>МП</w:t>
      </w:r>
      <w:r w:rsidRPr="0059292A">
        <w:rPr>
          <w:sz w:val="24"/>
          <w:szCs w:val="24"/>
          <w:lang w:val="uk-UA"/>
        </w:rPr>
        <w:t>(за наявності)</w:t>
      </w:r>
    </w:p>
    <w:p w14:paraId="36570140" w14:textId="77777777" w:rsidR="0059292A" w:rsidRPr="0059292A" w:rsidRDefault="0059292A">
      <w:pPr>
        <w:rPr>
          <w:lang w:val="uk-UA"/>
        </w:rPr>
      </w:pPr>
    </w:p>
    <w:sectPr w:rsidR="0059292A" w:rsidRPr="0059292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99335832">
    <w:abstractNumId w:val="8"/>
  </w:num>
  <w:num w:numId="2" w16cid:durableId="175585073">
    <w:abstractNumId w:val="6"/>
  </w:num>
  <w:num w:numId="3" w16cid:durableId="1557348771">
    <w:abstractNumId w:val="5"/>
  </w:num>
  <w:num w:numId="4" w16cid:durableId="828711155">
    <w:abstractNumId w:val="4"/>
  </w:num>
  <w:num w:numId="5" w16cid:durableId="2093552046">
    <w:abstractNumId w:val="7"/>
  </w:num>
  <w:num w:numId="6" w16cid:durableId="744887072">
    <w:abstractNumId w:val="3"/>
  </w:num>
  <w:num w:numId="7" w16cid:durableId="1527019059">
    <w:abstractNumId w:val="2"/>
  </w:num>
  <w:num w:numId="8" w16cid:durableId="633143889">
    <w:abstractNumId w:val="1"/>
  </w:num>
  <w:num w:numId="9" w16cid:durableId="1940676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84395"/>
    <w:rsid w:val="0059292A"/>
    <w:rsid w:val="00AA1D8D"/>
    <w:rsid w:val="00B47730"/>
    <w:rsid w:val="00CB0664"/>
    <w:rsid w:val="00F227C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D75A30"/>
  <w14:defaultImageDpi w14:val="300"/>
  <w15:docId w15:val="{1B00AEC1-CD32-481E-A2B7-0659D9C2D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4528</Words>
  <Characters>2582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7096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Marian Holubovskyi</cp:lastModifiedBy>
  <cp:revision>2</cp:revision>
  <dcterms:created xsi:type="dcterms:W3CDTF">2025-12-14T20:35:00Z</dcterms:created>
  <dcterms:modified xsi:type="dcterms:W3CDTF">2025-12-14T20:35:00Z</dcterms:modified>
  <cp:category/>
</cp:coreProperties>
</file>