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C4D" w14:textId="77777777" w:rsidR="00FE69C9" w:rsidRPr="00892504" w:rsidRDefault="00FE69C9" w:rsidP="00FE69C9">
      <w:pPr>
        <w:jc w:val="center"/>
        <w:rPr>
          <w:b/>
          <w:bCs/>
          <w:sz w:val="32"/>
          <w:szCs w:val="32"/>
          <w:lang w:val="uk-UA"/>
        </w:rPr>
      </w:pPr>
      <w:r w:rsidRPr="00892504">
        <w:rPr>
          <w:b/>
          <w:bCs/>
          <w:sz w:val="32"/>
          <w:szCs w:val="32"/>
          <w:lang w:val="uk-UA"/>
        </w:rPr>
        <w:t>Підведення підсумків роботи ГС "Федерація вільної боротьби Рівненської області " (Боротьба вільна) Рівненська область за 2025 рік</w:t>
      </w:r>
    </w:p>
    <w:p w14:paraId="26FD39D7" w14:textId="2E68B1C3" w:rsidR="009815B1" w:rsidRPr="00FE69C9" w:rsidRDefault="00FE69C9" w:rsidP="00FE69C9">
      <w:pPr>
        <w:pStyle w:val="1"/>
        <w:rPr>
          <w:b w:val="0"/>
          <w:bCs w:val="0"/>
          <w:color w:val="auto"/>
          <w:lang w:val="uk-UA"/>
        </w:rPr>
      </w:pPr>
      <w:r w:rsidRPr="00FE69C9">
        <w:rPr>
          <w:b w:val="0"/>
          <w:bCs w:val="0"/>
          <w:color w:val="auto"/>
          <w:lang w:val="uk-UA"/>
        </w:rPr>
        <w:t xml:space="preserve">                                      </w:t>
      </w:r>
      <w:r w:rsidRPr="00FE69C9">
        <w:rPr>
          <w:b w:val="0"/>
          <w:bCs w:val="0"/>
          <w:color w:val="auto"/>
          <w:lang w:val="uk-UA"/>
        </w:rPr>
        <w:t>(назва федерації, вид спорту)</w:t>
      </w:r>
    </w:p>
    <w:tbl>
      <w:tblPr>
        <w:tblW w:w="11658" w:type="dxa"/>
        <w:tblInd w:w="-1452" w:type="dxa"/>
        <w:tblLook w:val="04A0" w:firstRow="1" w:lastRow="0" w:firstColumn="1" w:lastColumn="0" w:noHBand="0" w:noVBand="1"/>
      </w:tblPr>
      <w:tblGrid>
        <w:gridCol w:w="1472"/>
        <w:gridCol w:w="1285"/>
        <w:gridCol w:w="1156"/>
        <w:gridCol w:w="2757"/>
        <w:gridCol w:w="1303"/>
        <w:gridCol w:w="1065"/>
        <w:gridCol w:w="1272"/>
        <w:gridCol w:w="1348"/>
      </w:tblGrid>
      <w:tr w:rsidR="00FE69C9" w14:paraId="50AB6167" w14:textId="77777777" w:rsidTr="00674C8F">
        <w:tc>
          <w:tcPr>
            <w:tcW w:w="1472" w:type="dxa"/>
            <w:tcBorders>
              <w:bottom w:val="single" w:sz="4" w:space="0" w:color="auto"/>
            </w:tcBorders>
          </w:tcPr>
          <w:p w14:paraId="25683B05" w14:textId="77777777" w:rsidR="00FE69C9" w:rsidRDefault="00FE69C9"/>
        </w:tc>
        <w:tc>
          <w:tcPr>
            <w:tcW w:w="1285" w:type="dxa"/>
            <w:tcBorders>
              <w:bottom w:val="single" w:sz="4" w:space="0" w:color="auto"/>
            </w:tcBorders>
          </w:tcPr>
          <w:p w14:paraId="2AAD0536" w14:textId="77777777" w:rsidR="00FE69C9" w:rsidRDefault="00FE69C9"/>
        </w:tc>
        <w:tc>
          <w:tcPr>
            <w:tcW w:w="1156" w:type="dxa"/>
            <w:tcBorders>
              <w:bottom w:val="single" w:sz="4" w:space="0" w:color="auto"/>
            </w:tcBorders>
          </w:tcPr>
          <w:p w14:paraId="4AADACA7" w14:textId="77777777" w:rsidR="00FE69C9" w:rsidRDefault="00FE69C9"/>
        </w:tc>
        <w:tc>
          <w:tcPr>
            <w:tcW w:w="2757" w:type="dxa"/>
            <w:tcBorders>
              <w:bottom w:val="single" w:sz="4" w:space="0" w:color="auto"/>
            </w:tcBorders>
          </w:tcPr>
          <w:p w14:paraId="03C559D0" w14:textId="77777777" w:rsidR="00FE69C9" w:rsidRDefault="00FE69C9"/>
        </w:tc>
        <w:tc>
          <w:tcPr>
            <w:tcW w:w="1303" w:type="dxa"/>
            <w:tcBorders>
              <w:bottom w:val="single" w:sz="4" w:space="0" w:color="auto"/>
            </w:tcBorders>
          </w:tcPr>
          <w:p w14:paraId="45133D8E" w14:textId="77777777" w:rsidR="00FE69C9" w:rsidRDefault="00FE69C9"/>
        </w:tc>
        <w:tc>
          <w:tcPr>
            <w:tcW w:w="1065" w:type="dxa"/>
            <w:tcBorders>
              <w:bottom w:val="single" w:sz="4" w:space="0" w:color="auto"/>
            </w:tcBorders>
          </w:tcPr>
          <w:p w14:paraId="0E2D44E2" w14:textId="77777777" w:rsidR="00FE69C9" w:rsidRDefault="00FE69C9"/>
        </w:tc>
        <w:tc>
          <w:tcPr>
            <w:tcW w:w="1272" w:type="dxa"/>
            <w:tcBorders>
              <w:bottom w:val="single" w:sz="4" w:space="0" w:color="auto"/>
            </w:tcBorders>
          </w:tcPr>
          <w:p w14:paraId="79B852D6" w14:textId="77777777" w:rsidR="00FE69C9" w:rsidRDefault="00FE69C9"/>
        </w:tc>
        <w:tc>
          <w:tcPr>
            <w:tcW w:w="1348" w:type="dxa"/>
            <w:tcBorders>
              <w:bottom w:val="single" w:sz="4" w:space="0" w:color="auto"/>
            </w:tcBorders>
          </w:tcPr>
          <w:p w14:paraId="2F4ED98C" w14:textId="77777777" w:rsidR="00FE69C9" w:rsidRDefault="00FE69C9"/>
        </w:tc>
      </w:tr>
      <w:tr w:rsidR="00FE69C9" w:rsidRPr="00FE69C9" w14:paraId="117DDEF2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9A30" w14:textId="77777777" w:rsidR="00FE69C9" w:rsidRPr="00FE69C9" w:rsidRDefault="00FE69C9">
            <w:pPr>
              <w:rPr>
                <w:b/>
                <w:bCs/>
              </w:rPr>
            </w:pPr>
            <w:proofErr w:type="spellStart"/>
            <w:r w:rsidRPr="00FE69C9">
              <w:rPr>
                <w:b/>
                <w:bCs/>
              </w:rPr>
              <w:t>Прізвище</w:t>
            </w:r>
            <w:proofErr w:type="spellEnd"/>
            <w:r w:rsidRPr="00FE69C9">
              <w:rPr>
                <w:b/>
                <w:bCs/>
              </w:rPr>
              <w:t xml:space="preserve">, </w:t>
            </w:r>
            <w:proofErr w:type="spellStart"/>
            <w:r w:rsidRPr="00FE69C9">
              <w:rPr>
                <w:b/>
                <w:bCs/>
              </w:rPr>
              <w:t>ім’я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спортсмена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013F" w14:textId="77777777" w:rsidR="00FE69C9" w:rsidRPr="00FE69C9" w:rsidRDefault="00FE69C9">
            <w:pPr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ФСТ, </w:t>
            </w:r>
            <w:proofErr w:type="spellStart"/>
            <w:r w:rsidRPr="00FE69C9">
              <w:rPr>
                <w:b/>
                <w:bCs/>
              </w:rPr>
              <w:t>відомство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B79C" w14:textId="77777777" w:rsidR="00FE69C9" w:rsidRPr="00FE69C9" w:rsidRDefault="00FE69C9">
            <w:pPr>
              <w:rPr>
                <w:b/>
                <w:bCs/>
              </w:rPr>
            </w:pPr>
            <w:proofErr w:type="spellStart"/>
            <w:r w:rsidRPr="00FE69C9">
              <w:rPr>
                <w:b/>
                <w:bCs/>
              </w:rPr>
              <w:t>Вид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спорту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C0D3" w14:textId="77777777" w:rsidR="00FE69C9" w:rsidRPr="00FE69C9" w:rsidRDefault="00FE69C9">
            <w:pPr>
              <w:rPr>
                <w:b/>
                <w:bCs/>
                <w:lang w:val="ru-RU"/>
              </w:rPr>
            </w:pPr>
            <w:proofErr w:type="spellStart"/>
            <w:r w:rsidRPr="00FE69C9">
              <w:rPr>
                <w:b/>
                <w:bCs/>
                <w:lang w:val="ru-RU"/>
              </w:rPr>
              <w:t>Назва</w:t>
            </w:r>
            <w:proofErr w:type="spellEnd"/>
            <w:r w:rsidRPr="00FE69C9">
              <w:rPr>
                <w:b/>
                <w:bCs/>
                <w:lang w:val="ru-RU"/>
              </w:rPr>
              <w:t xml:space="preserve"> </w:t>
            </w:r>
            <w:proofErr w:type="spellStart"/>
            <w:r w:rsidRPr="00FE69C9">
              <w:rPr>
                <w:b/>
                <w:bCs/>
                <w:lang w:val="ru-RU"/>
              </w:rPr>
              <w:t>змагань</w:t>
            </w:r>
            <w:proofErr w:type="spellEnd"/>
            <w:r w:rsidRPr="00FE69C9">
              <w:rPr>
                <w:b/>
                <w:bCs/>
                <w:lang w:val="ru-RU"/>
              </w:rPr>
              <w:t xml:space="preserve">, дата, </w:t>
            </w:r>
            <w:proofErr w:type="spellStart"/>
            <w:r w:rsidRPr="00FE69C9">
              <w:rPr>
                <w:b/>
                <w:bCs/>
                <w:lang w:val="ru-RU"/>
              </w:rPr>
              <w:t>місце</w:t>
            </w:r>
            <w:proofErr w:type="spellEnd"/>
            <w:r w:rsidRPr="00FE69C9">
              <w:rPr>
                <w:b/>
                <w:bCs/>
                <w:lang w:val="ru-RU"/>
              </w:rPr>
              <w:t xml:space="preserve"> </w:t>
            </w:r>
            <w:proofErr w:type="spellStart"/>
            <w:r w:rsidRPr="00FE69C9">
              <w:rPr>
                <w:b/>
                <w:bCs/>
                <w:lang w:val="ru-RU"/>
              </w:rPr>
              <w:t>проведення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0E1" w14:textId="77777777" w:rsidR="00FE69C9" w:rsidRPr="00FE69C9" w:rsidRDefault="00FE69C9">
            <w:pPr>
              <w:rPr>
                <w:b/>
                <w:bCs/>
              </w:rPr>
            </w:pPr>
            <w:proofErr w:type="spellStart"/>
            <w:r w:rsidRPr="00FE69C9">
              <w:rPr>
                <w:b/>
                <w:bCs/>
              </w:rPr>
              <w:t>Вид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програми</w:t>
            </w:r>
            <w:proofErr w:type="spellEnd"/>
            <w:r w:rsidRPr="00FE69C9">
              <w:rPr>
                <w:b/>
                <w:bCs/>
              </w:rPr>
              <w:t xml:space="preserve">, </w:t>
            </w:r>
            <w:proofErr w:type="spellStart"/>
            <w:r w:rsidRPr="00FE69C9">
              <w:rPr>
                <w:b/>
                <w:bCs/>
              </w:rPr>
              <w:t>результат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CF7" w14:textId="77777777" w:rsidR="00FE69C9" w:rsidRPr="00FE69C9" w:rsidRDefault="00FE69C9">
            <w:pPr>
              <w:rPr>
                <w:b/>
                <w:bCs/>
              </w:rPr>
            </w:pPr>
            <w:proofErr w:type="spellStart"/>
            <w:r w:rsidRPr="00FE69C9">
              <w:rPr>
                <w:b/>
                <w:bCs/>
              </w:rPr>
              <w:t>Здобуте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місце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41B5" w14:textId="77777777" w:rsidR="00FE69C9" w:rsidRPr="00FE69C9" w:rsidRDefault="00FE69C9">
            <w:pPr>
              <w:rPr>
                <w:b/>
                <w:bCs/>
                <w:lang w:val="ru-RU"/>
              </w:rPr>
            </w:pPr>
            <w:r w:rsidRPr="00FE69C9">
              <w:rPr>
                <w:b/>
                <w:bCs/>
                <w:lang w:val="ru-RU"/>
              </w:rPr>
              <w:t>К-</w:t>
            </w:r>
            <w:proofErr w:type="spellStart"/>
            <w:r w:rsidRPr="00FE69C9">
              <w:rPr>
                <w:b/>
                <w:bCs/>
                <w:lang w:val="ru-RU"/>
              </w:rPr>
              <w:t>сть</w:t>
            </w:r>
            <w:proofErr w:type="spellEnd"/>
            <w:r w:rsidRPr="00FE69C9">
              <w:rPr>
                <w:b/>
                <w:bCs/>
                <w:lang w:val="ru-RU"/>
              </w:rPr>
              <w:t xml:space="preserve"> </w:t>
            </w:r>
            <w:proofErr w:type="spellStart"/>
            <w:r w:rsidRPr="00FE69C9">
              <w:rPr>
                <w:b/>
                <w:bCs/>
                <w:lang w:val="ru-RU"/>
              </w:rPr>
              <w:t>очок</w:t>
            </w:r>
            <w:proofErr w:type="spellEnd"/>
            <w:r w:rsidRPr="00FE69C9">
              <w:rPr>
                <w:b/>
                <w:bCs/>
                <w:lang w:val="ru-RU"/>
              </w:rPr>
              <w:t xml:space="preserve"> за таблицею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9C84" w14:textId="77777777" w:rsidR="00FE69C9" w:rsidRPr="00FE69C9" w:rsidRDefault="00FE69C9">
            <w:pPr>
              <w:rPr>
                <w:b/>
                <w:bCs/>
              </w:rPr>
            </w:pPr>
            <w:proofErr w:type="spellStart"/>
            <w:r w:rsidRPr="00FE69C9">
              <w:rPr>
                <w:b/>
                <w:bCs/>
              </w:rPr>
              <w:t>Прізвище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та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ім'я</w:t>
            </w:r>
            <w:proofErr w:type="spellEnd"/>
            <w:r w:rsidRPr="00FE69C9">
              <w:rPr>
                <w:b/>
                <w:bCs/>
              </w:rPr>
              <w:t xml:space="preserve"> </w:t>
            </w:r>
            <w:proofErr w:type="spellStart"/>
            <w:r w:rsidRPr="00FE69C9">
              <w:rPr>
                <w:b/>
                <w:bCs/>
              </w:rPr>
              <w:t>тренера</w:t>
            </w:r>
            <w:proofErr w:type="spellEnd"/>
          </w:p>
        </w:tc>
      </w:tr>
      <w:tr w:rsidR="00FE69C9" w:rsidRPr="00FE69C9" w14:paraId="2AC5EA70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556" w14:textId="77777777" w:rsidR="00FE69C9" w:rsidRDefault="00FE69C9">
            <w:proofErr w:type="spellStart"/>
            <w:r>
              <w:t>Гаркушенко</w:t>
            </w:r>
            <w:proofErr w:type="spellEnd"/>
            <w:r>
              <w:t xml:space="preserve"> </w:t>
            </w:r>
            <w:proofErr w:type="spellStart"/>
            <w:r>
              <w:t>Владислав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94B" w14:textId="77777777" w:rsidR="00FE69C9" w:rsidRDefault="00FE69C9">
            <w:proofErr w:type="spellStart"/>
            <w:r>
              <w:t>Динамо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CCCD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40C" w14:textId="77777777" w:rsidR="00FE69C9" w:rsidRDefault="00FE69C9">
            <w:r>
              <w:t xml:space="preserve">ЧЕМПІОНАТ УКРАЇНИ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чоловіків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жінок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23 </w:t>
            </w:r>
            <w:proofErr w:type="spellStart"/>
            <w:r>
              <w:t>років</w:t>
            </w:r>
            <w:proofErr w:type="spellEnd"/>
            <w:r>
              <w:t xml:space="preserve"> (U23) з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  <w:r>
              <w:t xml:space="preserve"> </w:t>
            </w:r>
            <w:proofErr w:type="spellStart"/>
            <w:r>
              <w:t>січень</w:t>
            </w:r>
            <w:proofErr w:type="spellEnd"/>
            <w:r>
              <w:t xml:space="preserve"> 2025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674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70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CEAA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3763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40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8C75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Кайда</w:t>
            </w:r>
            <w:proofErr w:type="spellEnd"/>
            <w:r w:rsidRPr="00FE69C9">
              <w:rPr>
                <w:lang w:val="ru-RU"/>
              </w:rPr>
              <w:t xml:space="preserve"> Д. В. Руденко В. В.</w:t>
            </w:r>
          </w:p>
        </w:tc>
      </w:tr>
      <w:tr w:rsidR="00FE69C9" w:rsidRPr="00FE69C9" w14:paraId="04CD073B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84C3" w14:textId="77777777" w:rsidR="00FE69C9" w:rsidRPr="00FE69C9" w:rsidRDefault="00FE69C9">
            <w:pPr>
              <w:rPr>
                <w:lang w:val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D78D" w14:textId="77777777" w:rsidR="00FE69C9" w:rsidRDefault="00FE69C9">
            <w:proofErr w:type="spellStart"/>
            <w:r>
              <w:t>Динамо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043B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444" w14:textId="77777777" w:rsidR="00FE69C9" w:rsidRDefault="00FE69C9">
            <w:r>
              <w:t xml:space="preserve">ЧЕМПІОНАТ УКРАЇНИ (U-20) з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  <w:r>
              <w:t xml:space="preserve"> м. </w:t>
            </w:r>
            <w:proofErr w:type="spellStart"/>
            <w:r>
              <w:t>Хмельницький</w:t>
            </w:r>
            <w:proofErr w:type="spellEnd"/>
            <w:r>
              <w:t xml:space="preserve"> 8-11.04.2025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3D75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74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99A8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8817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ADD4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Кайда</w:t>
            </w:r>
            <w:proofErr w:type="spellEnd"/>
            <w:r w:rsidRPr="00FE69C9">
              <w:rPr>
                <w:lang w:val="ru-RU"/>
              </w:rPr>
              <w:t xml:space="preserve"> Д. В. Руденко В. В.</w:t>
            </w:r>
          </w:p>
        </w:tc>
      </w:tr>
      <w:tr w:rsidR="00FE69C9" w14:paraId="52A08433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831" w14:textId="77777777" w:rsidR="00FE69C9" w:rsidRDefault="00FE69C9">
            <w:proofErr w:type="spellStart"/>
            <w:r>
              <w:t>Денищук</w:t>
            </w:r>
            <w:proofErr w:type="spellEnd"/>
            <w:r>
              <w:t xml:space="preserve"> </w:t>
            </w:r>
            <w:proofErr w:type="spellStart"/>
            <w:r>
              <w:t>Денис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DC4" w14:textId="77777777" w:rsidR="00FE69C9" w:rsidRDefault="00FE69C9">
            <w:proofErr w:type="spellStart"/>
            <w:r>
              <w:t>Динамо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323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2A1" w14:textId="77777777" w:rsidR="00FE69C9" w:rsidRPr="00FE69C9" w:rsidRDefault="00FE69C9">
            <w:pPr>
              <w:rPr>
                <w:lang w:val="ru-RU"/>
              </w:rPr>
            </w:pPr>
            <w:r w:rsidRPr="00FE69C9">
              <w:rPr>
                <w:lang w:val="ru-RU"/>
              </w:rPr>
              <w:t xml:space="preserve">ЧЕМПІОНАТ УКРАЇНИ (15) з </w:t>
            </w:r>
            <w:proofErr w:type="spellStart"/>
            <w:r w:rsidRPr="00FE69C9">
              <w:rPr>
                <w:lang w:val="ru-RU"/>
              </w:rPr>
              <w:t>вільної</w:t>
            </w:r>
            <w:proofErr w:type="spellEnd"/>
            <w:r w:rsidRPr="00FE69C9">
              <w:rPr>
                <w:lang w:val="ru-RU"/>
              </w:rPr>
              <w:t xml:space="preserve"> </w:t>
            </w:r>
            <w:proofErr w:type="spellStart"/>
            <w:r w:rsidRPr="00FE69C9">
              <w:rPr>
                <w:lang w:val="ru-RU"/>
              </w:rPr>
              <w:t>боротьби</w:t>
            </w:r>
            <w:proofErr w:type="spellEnd"/>
            <w:r w:rsidRPr="00FE69C9">
              <w:rPr>
                <w:lang w:val="ru-RU"/>
              </w:rPr>
              <w:t xml:space="preserve"> м. </w:t>
            </w:r>
            <w:proofErr w:type="spellStart"/>
            <w:r w:rsidRPr="00FE69C9">
              <w:rPr>
                <w:lang w:val="ru-RU"/>
              </w:rPr>
              <w:t>Хмельницький</w:t>
            </w:r>
            <w:proofErr w:type="spellEnd"/>
            <w:r w:rsidRPr="00FE69C9">
              <w:rPr>
                <w:lang w:val="ru-RU"/>
              </w:rPr>
              <w:t xml:space="preserve"> 28.04-01.05.2025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6F5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62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1EE3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1B0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B1C1" w14:textId="77777777" w:rsidR="00FE69C9" w:rsidRPr="00FE69C9" w:rsidRDefault="00FE69C9">
            <w:pPr>
              <w:rPr>
                <w:lang w:val="ru-RU"/>
              </w:rPr>
            </w:pPr>
            <w:r w:rsidRPr="00FE69C9">
              <w:rPr>
                <w:lang w:val="ru-RU"/>
              </w:rPr>
              <w:t xml:space="preserve">Рейвах Ю. А. </w:t>
            </w:r>
            <w:proofErr w:type="spellStart"/>
            <w:r w:rsidRPr="00FE69C9">
              <w:rPr>
                <w:lang w:val="ru-RU"/>
              </w:rPr>
              <w:t>Глібенко</w:t>
            </w:r>
            <w:proofErr w:type="spellEnd"/>
            <w:r w:rsidRPr="00FE69C9">
              <w:rPr>
                <w:lang w:val="ru-RU"/>
              </w:rPr>
              <w:t xml:space="preserve"> В. В.</w:t>
            </w:r>
          </w:p>
        </w:tc>
      </w:tr>
      <w:tr w:rsidR="00FE69C9" w14:paraId="40365DBE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8698" w14:textId="77777777" w:rsidR="00FE69C9" w:rsidRDefault="00FE69C9">
            <w:proofErr w:type="spellStart"/>
            <w:r>
              <w:t>Рейвах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6EE7" w14:textId="77777777" w:rsidR="00FE69C9" w:rsidRDefault="00FE69C9">
            <w:proofErr w:type="spellStart"/>
            <w:r>
              <w:t>Спартак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6D28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E2E" w14:textId="77777777" w:rsidR="00FE69C9" w:rsidRDefault="00FE69C9">
            <w:proofErr w:type="spellStart"/>
            <w:r>
              <w:t>Чемпіонат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юнаків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дівчат</w:t>
            </w:r>
            <w:proofErr w:type="spellEnd"/>
            <w:r>
              <w:t xml:space="preserve"> (U13) з </w:t>
            </w:r>
            <w:proofErr w:type="spellStart"/>
            <w:r>
              <w:t>боротьби</w:t>
            </w:r>
            <w:proofErr w:type="spellEnd"/>
            <w:r>
              <w:br/>
            </w:r>
            <w:proofErr w:type="spellStart"/>
            <w:r>
              <w:t>вільної</w:t>
            </w:r>
            <w:proofErr w:type="spellEnd"/>
            <w:r>
              <w:t xml:space="preserve"> 27-30.10.25 м. </w:t>
            </w:r>
            <w:proofErr w:type="spellStart"/>
            <w:r>
              <w:t>Хмельницький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A538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32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E96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F0C9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FCA8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Кайда</w:t>
            </w:r>
            <w:proofErr w:type="spellEnd"/>
            <w:r w:rsidRPr="00FE69C9">
              <w:rPr>
                <w:lang w:val="ru-RU"/>
              </w:rPr>
              <w:t xml:space="preserve"> Д. В. </w:t>
            </w:r>
            <w:proofErr w:type="spellStart"/>
            <w:r w:rsidRPr="00FE69C9">
              <w:rPr>
                <w:lang w:val="ru-RU"/>
              </w:rPr>
              <w:t>Яковець</w:t>
            </w:r>
            <w:proofErr w:type="spellEnd"/>
            <w:r w:rsidRPr="00FE69C9">
              <w:rPr>
                <w:lang w:val="ru-RU"/>
              </w:rPr>
              <w:t xml:space="preserve"> С. Т.</w:t>
            </w:r>
          </w:p>
        </w:tc>
      </w:tr>
      <w:tr w:rsidR="00FE69C9" w14:paraId="56594C7A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2768" w14:textId="77777777" w:rsidR="00FE69C9" w:rsidRDefault="00FE69C9">
            <w:proofErr w:type="spellStart"/>
            <w:r>
              <w:t>Боярчук</w:t>
            </w:r>
            <w:proofErr w:type="spellEnd"/>
            <w:r>
              <w:t xml:space="preserve"> </w:t>
            </w:r>
            <w:proofErr w:type="spellStart"/>
            <w:r>
              <w:t>Микола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B0B" w14:textId="77777777" w:rsidR="00FE69C9" w:rsidRDefault="00FE69C9">
            <w:proofErr w:type="spellStart"/>
            <w:r>
              <w:t>Динамо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98F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9A5" w14:textId="77777777" w:rsidR="00FE69C9" w:rsidRPr="00FE69C9" w:rsidRDefault="00FE69C9">
            <w:pPr>
              <w:rPr>
                <w:lang w:val="ru-RU"/>
              </w:rPr>
            </w:pPr>
            <w:r w:rsidRPr="00FE69C9">
              <w:rPr>
                <w:lang w:val="ru-RU"/>
              </w:rPr>
              <w:t xml:space="preserve">ЧЕМПІОНАТ УКРАЇНИ (15) з </w:t>
            </w:r>
            <w:proofErr w:type="spellStart"/>
            <w:r w:rsidRPr="00FE69C9">
              <w:rPr>
                <w:lang w:val="ru-RU"/>
              </w:rPr>
              <w:t>вільної</w:t>
            </w:r>
            <w:proofErr w:type="spellEnd"/>
            <w:r w:rsidRPr="00FE69C9">
              <w:rPr>
                <w:lang w:val="ru-RU"/>
              </w:rPr>
              <w:t xml:space="preserve"> </w:t>
            </w:r>
            <w:proofErr w:type="spellStart"/>
            <w:r w:rsidRPr="00FE69C9">
              <w:rPr>
                <w:lang w:val="ru-RU"/>
              </w:rPr>
              <w:t>боротьби</w:t>
            </w:r>
            <w:proofErr w:type="spellEnd"/>
            <w:r w:rsidRPr="00FE69C9">
              <w:rPr>
                <w:lang w:val="ru-RU"/>
              </w:rPr>
              <w:t xml:space="preserve"> м. </w:t>
            </w:r>
            <w:proofErr w:type="spellStart"/>
            <w:r w:rsidRPr="00FE69C9">
              <w:rPr>
                <w:lang w:val="ru-RU"/>
              </w:rPr>
              <w:t>Хмельницький</w:t>
            </w:r>
            <w:proofErr w:type="spellEnd"/>
            <w:r w:rsidRPr="00FE69C9">
              <w:rPr>
                <w:lang w:val="ru-RU"/>
              </w:rPr>
              <w:t xml:space="preserve"> 28.04-01.05.2025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C41A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52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A73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6FAD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1EC9" w14:textId="77777777" w:rsidR="00FE69C9" w:rsidRPr="00FE69C9" w:rsidRDefault="00FE69C9">
            <w:pPr>
              <w:rPr>
                <w:lang w:val="ru-RU"/>
              </w:rPr>
            </w:pPr>
            <w:r w:rsidRPr="00FE69C9">
              <w:rPr>
                <w:lang w:val="ru-RU"/>
              </w:rPr>
              <w:t xml:space="preserve">Рейвах Ю. А. </w:t>
            </w:r>
            <w:proofErr w:type="spellStart"/>
            <w:r w:rsidRPr="00FE69C9">
              <w:rPr>
                <w:lang w:val="ru-RU"/>
              </w:rPr>
              <w:t>Глібенко</w:t>
            </w:r>
            <w:proofErr w:type="spellEnd"/>
            <w:r w:rsidRPr="00FE69C9">
              <w:rPr>
                <w:lang w:val="ru-RU"/>
              </w:rPr>
              <w:t xml:space="preserve"> В. В.</w:t>
            </w:r>
          </w:p>
        </w:tc>
      </w:tr>
      <w:tr w:rsidR="00FE69C9" w14:paraId="618B67C0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2A8" w14:textId="77777777" w:rsidR="00FE69C9" w:rsidRDefault="00FE69C9">
            <w:proofErr w:type="spellStart"/>
            <w:r>
              <w:t>Марцев</w:t>
            </w:r>
            <w:proofErr w:type="spellEnd"/>
            <w:r>
              <w:t xml:space="preserve"> </w:t>
            </w:r>
            <w:proofErr w:type="spellStart"/>
            <w:r>
              <w:t>Владислав</w:t>
            </w:r>
            <w:proofErr w:type="spellEnd"/>
            <w: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4D0" w14:textId="77777777" w:rsidR="00FE69C9" w:rsidRDefault="00FE69C9">
            <w:r>
              <w:t xml:space="preserve">ДЮСШ </w:t>
            </w:r>
            <w:proofErr w:type="spellStart"/>
            <w:r>
              <w:t>Колос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F181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691" w14:textId="77777777" w:rsidR="00FE69C9" w:rsidRDefault="00FE69C9">
            <w:proofErr w:type="spellStart"/>
            <w:r>
              <w:t>Чемпіонат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юнаків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дівчат</w:t>
            </w:r>
            <w:proofErr w:type="spellEnd"/>
            <w:r>
              <w:t xml:space="preserve"> (U16) </w:t>
            </w:r>
            <w:proofErr w:type="spellStart"/>
            <w:r>
              <w:lastRenderedPageBreak/>
              <w:t>пам’яті</w:t>
            </w:r>
            <w:proofErr w:type="spellEnd"/>
            <w:r>
              <w:t xml:space="preserve"> </w:t>
            </w:r>
            <w:proofErr w:type="spellStart"/>
            <w:r>
              <w:t>Івана</w:t>
            </w:r>
            <w:proofErr w:type="spellEnd"/>
            <w:r>
              <w:t xml:space="preserve"> </w:t>
            </w:r>
            <w:proofErr w:type="spellStart"/>
            <w:r>
              <w:t>Піддубного</w:t>
            </w:r>
            <w:proofErr w:type="spellEnd"/>
            <w:r>
              <w:t xml:space="preserve"> з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9E50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lastRenderedPageBreak/>
              <w:t xml:space="preserve">71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43CB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FB1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13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756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Довгалець</w:t>
            </w:r>
            <w:proofErr w:type="spellEnd"/>
            <w:r w:rsidRPr="00FE69C9">
              <w:rPr>
                <w:lang w:val="ru-RU"/>
              </w:rPr>
              <w:t xml:space="preserve"> В. В. </w:t>
            </w:r>
            <w:proofErr w:type="spellStart"/>
            <w:r w:rsidRPr="00FE69C9">
              <w:rPr>
                <w:lang w:val="ru-RU"/>
              </w:rPr>
              <w:t>Ілюсь</w:t>
            </w:r>
            <w:proofErr w:type="spellEnd"/>
            <w:r w:rsidRPr="00FE69C9">
              <w:rPr>
                <w:lang w:val="ru-RU"/>
              </w:rPr>
              <w:t xml:space="preserve"> І. Г.</w:t>
            </w:r>
          </w:p>
        </w:tc>
      </w:tr>
      <w:tr w:rsidR="00FE69C9" w14:paraId="1A780A3C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2018" w14:textId="77777777" w:rsidR="00FE69C9" w:rsidRDefault="00FE69C9">
            <w:proofErr w:type="spellStart"/>
            <w:r>
              <w:t>Юпаткін</w:t>
            </w:r>
            <w:proofErr w:type="spellEnd"/>
            <w:r>
              <w:t xml:space="preserve"> </w:t>
            </w:r>
            <w:proofErr w:type="spellStart"/>
            <w:r>
              <w:t>Макар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F6A" w14:textId="77777777" w:rsidR="00FE69C9" w:rsidRDefault="00FE69C9">
            <w:proofErr w:type="spellStart"/>
            <w:r>
              <w:t>Динамо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0F0E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2BE" w14:textId="77777777" w:rsidR="00FE69C9" w:rsidRDefault="00FE69C9">
            <w:proofErr w:type="spellStart"/>
            <w:r>
              <w:t>Чемпіонат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юнаків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дівчат</w:t>
            </w:r>
            <w:proofErr w:type="spellEnd"/>
            <w:r>
              <w:t xml:space="preserve"> (U16) </w:t>
            </w:r>
            <w:proofErr w:type="spellStart"/>
            <w:r>
              <w:t>пам’яті</w:t>
            </w:r>
            <w:proofErr w:type="spellEnd"/>
            <w:r>
              <w:t xml:space="preserve"> </w:t>
            </w:r>
            <w:proofErr w:type="spellStart"/>
            <w:r>
              <w:t>Івана</w:t>
            </w:r>
            <w:proofErr w:type="spellEnd"/>
            <w:r>
              <w:t xml:space="preserve"> </w:t>
            </w:r>
            <w:proofErr w:type="spellStart"/>
            <w:r>
              <w:t>Піддубного</w:t>
            </w:r>
            <w:proofErr w:type="spellEnd"/>
            <w:r>
              <w:t xml:space="preserve"> з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27E1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71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A8F2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D52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1B9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Кайда</w:t>
            </w:r>
            <w:proofErr w:type="spellEnd"/>
            <w:r w:rsidRPr="00FE69C9">
              <w:rPr>
                <w:lang w:val="ru-RU"/>
              </w:rPr>
              <w:t xml:space="preserve"> Д. В. </w:t>
            </w:r>
            <w:proofErr w:type="spellStart"/>
            <w:r w:rsidRPr="00FE69C9">
              <w:rPr>
                <w:lang w:val="ru-RU"/>
              </w:rPr>
              <w:t>Яковець</w:t>
            </w:r>
            <w:proofErr w:type="spellEnd"/>
            <w:r w:rsidRPr="00FE69C9">
              <w:rPr>
                <w:lang w:val="ru-RU"/>
              </w:rPr>
              <w:t xml:space="preserve"> С. Т.</w:t>
            </w:r>
          </w:p>
        </w:tc>
      </w:tr>
      <w:tr w:rsidR="00FE69C9" w14:paraId="229852F7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57B3" w14:textId="77777777" w:rsidR="00FE69C9" w:rsidRDefault="00FE69C9">
            <w:proofErr w:type="spellStart"/>
            <w:r>
              <w:t>Лящук</w:t>
            </w:r>
            <w:proofErr w:type="spellEnd"/>
            <w:r>
              <w:t xml:space="preserve"> </w:t>
            </w:r>
            <w:proofErr w:type="spellStart"/>
            <w:r>
              <w:t>Євгеній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257A" w14:textId="77777777" w:rsidR="00FE69C9" w:rsidRDefault="00FE69C9">
            <w:r>
              <w:t>ДЮСШ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7CAF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045D" w14:textId="77777777" w:rsidR="00FE69C9" w:rsidRDefault="00FE69C9">
            <w:proofErr w:type="spellStart"/>
            <w:r>
              <w:t>Чемпіонат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юнаків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дівчат</w:t>
            </w:r>
            <w:proofErr w:type="spellEnd"/>
            <w:r>
              <w:t xml:space="preserve"> (U13) з </w:t>
            </w:r>
            <w:proofErr w:type="spellStart"/>
            <w:r>
              <w:t>боротьби</w:t>
            </w:r>
            <w:proofErr w:type="spellEnd"/>
            <w:r>
              <w:br/>
            </w:r>
            <w:proofErr w:type="spellStart"/>
            <w:r>
              <w:t>вільної</w:t>
            </w:r>
            <w:proofErr w:type="spellEnd"/>
            <w:r>
              <w:t xml:space="preserve"> 27-30.10.25 м. </w:t>
            </w:r>
            <w:proofErr w:type="spellStart"/>
            <w:r>
              <w:t>Хмельницький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45DE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53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2693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F79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E607" w14:textId="77777777" w:rsidR="00FE69C9" w:rsidRDefault="00FE69C9">
            <w:proofErr w:type="spellStart"/>
            <w:r>
              <w:t>Парчук</w:t>
            </w:r>
            <w:proofErr w:type="spellEnd"/>
            <w:r>
              <w:t xml:space="preserve"> І. І.</w:t>
            </w:r>
          </w:p>
        </w:tc>
      </w:tr>
      <w:tr w:rsidR="00FE69C9" w14:paraId="79E3CC74" w14:textId="77777777" w:rsidTr="00674C8F"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9403" w14:textId="77777777" w:rsidR="00FE69C9" w:rsidRDefault="00FE69C9">
            <w:proofErr w:type="spellStart"/>
            <w:r>
              <w:t>Славич</w:t>
            </w:r>
            <w:proofErr w:type="spellEnd"/>
            <w:r>
              <w:t xml:space="preserve"> </w:t>
            </w:r>
            <w:proofErr w:type="spellStart"/>
            <w:r>
              <w:t>Олександр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1F77" w14:textId="77777777" w:rsidR="00FE69C9" w:rsidRDefault="00FE69C9">
            <w:r>
              <w:t xml:space="preserve">ДЮСШ </w:t>
            </w:r>
            <w:proofErr w:type="spellStart"/>
            <w:r>
              <w:t>Колос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F30A" w14:textId="77777777" w:rsidR="00FE69C9" w:rsidRDefault="00FE69C9">
            <w:proofErr w:type="spellStart"/>
            <w:r>
              <w:t>Боротьба</w:t>
            </w:r>
            <w:proofErr w:type="spellEnd"/>
            <w:r>
              <w:t xml:space="preserve"> </w:t>
            </w:r>
            <w:proofErr w:type="spellStart"/>
            <w:r>
              <w:t>вільної</w:t>
            </w:r>
            <w:proofErr w:type="spell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CC88" w14:textId="77777777" w:rsidR="00FE69C9" w:rsidRDefault="00FE69C9">
            <w:proofErr w:type="spellStart"/>
            <w:r>
              <w:t>Чемпіонат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серед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юнаків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молодших</w:t>
            </w:r>
            <w:proofErr w:type="spellEnd"/>
            <w:r>
              <w:t xml:space="preserve"> </w:t>
            </w:r>
            <w:proofErr w:type="spellStart"/>
            <w:r>
              <w:t>дівчат</w:t>
            </w:r>
            <w:proofErr w:type="spellEnd"/>
            <w:r>
              <w:t xml:space="preserve"> (U13) з </w:t>
            </w:r>
            <w:proofErr w:type="spellStart"/>
            <w:r>
              <w:t>боротьби</w:t>
            </w:r>
            <w:proofErr w:type="spellEnd"/>
            <w:r>
              <w:br/>
            </w:r>
            <w:proofErr w:type="spellStart"/>
            <w:r>
              <w:t>вільної</w:t>
            </w:r>
            <w:proofErr w:type="spellEnd"/>
            <w:r>
              <w:t xml:space="preserve"> 27-30.10.25 м. </w:t>
            </w:r>
            <w:proofErr w:type="spellStart"/>
            <w:r>
              <w:t>Хмельницький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47A8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 xml:space="preserve">59 </w:t>
            </w:r>
            <w:proofErr w:type="spellStart"/>
            <w:r w:rsidRPr="00FE69C9">
              <w:rPr>
                <w:b/>
                <w:bCs/>
              </w:rPr>
              <w:t>кг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F875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873C" w14:textId="77777777" w:rsidR="00FE69C9" w:rsidRPr="00FE69C9" w:rsidRDefault="00FE69C9" w:rsidP="00FE69C9">
            <w:pPr>
              <w:jc w:val="center"/>
              <w:rPr>
                <w:b/>
                <w:bCs/>
              </w:rPr>
            </w:pPr>
            <w:r w:rsidRPr="00FE69C9">
              <w:rPr>
                <w:b/>
                <w:bCs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BD65" w14:textId="77777777" w:rsidR="00FE69C9" w:rsidRPr="00FE69C9" w:rsidRDefault="00FE69C9">
            <w:pPr>
              <w:rPr>
                <w:lang w:val="ru-RU"/>
              </w:rPr>
            </w:pPr>
            <w:proofErr w:type="spellStart"/>
            <w:r w:rsidRPr="00FE69C9">
              <w:rPr>
                <w:lang w:val="ru-RU"/>
              </w:rPr>
              <w:t>Довгалець</w:t>
            </w:r>
            <w:proofErr w:type="spellEnd"/>
            <w:r w:rsidRPr="00FE69C9">
              <w:rPr>
                <w:lang w:val="ru-RU"/>
              </w:rPr>
              <w:t xml:space="preserve"> В. В. </w:t>
            </w:r>
            <w:proofErr w:type="spellStart"/>
            <w:r w:rsidRPr="00FE69C9">
              <w:rPr>
                <w:lang w:val="ru-RU"/>
              </w:rPr>
              <w:t>Ілюсь</w:t>
            </w:r>
            <w:proofErr w:type="spellEnd"/>
            <w:r w:rsidRPr="00FE69C9">
              <w:rPr>
                <w:lang w:val="ru-RU"/>
              </w:rPr>
              <w:t xml:space="preserve"> І. Г.</w:t>
            </w:r>
          </w:p>
        </w:tc>
      </w:tr>
    </w:tbl>
    <w:p w14:paraId="5A5B084F" w14:textId="77777777" w:rsidR="00000000" w:rsidRDefault="00000000">
      <w:pPr>
        <w:rPr>
          <w:lang w:val="uk-UA"/>
        </w:rPr>
      </w:pPr>
    </w:p>
    <w:p w14:paraId="5CA95238" w14:textId="77777777" w:rsidR="00FE69C9" w:rsidRPr="00FE69C9" w:rsidRDefault="00FE69C9" w:rsidP="00FE69C9">
      <w:pPr>
        <w:rPr>
          <w:b/>
          <w:bCs/>
          <w:lang w:val="uk-UA"/>
        </w:rPr>
      </w:pPr>
      <w:proofErr w:type="spellStart"/>
      <w:r w:rsidRPr="00FE69C9">
        <w:rPr>
          <w:b/>
          <w:bCs/>
          <w:lang w:val="ru-RU"/>
        </w:rPr>
        <w:t>Всього</w:t>
      </w:r>
      <w:proofErr w:type="spellEnd"/>
      <w:r w:rsidRPr="00FE69C9">
        <w:rPr>
          <w:b/>
          <w:bCs/>
          <w:lang w:val="ru-RU"/>
        </w:rPr>
        <w:t xml:space="preserve"> </w:t>
      </w:r>
      <w:proofErr w:type="spellStart"/>
      <w:r w:rsidRPr="00FE69C9">
        <w:rPr>
          <w:b/>
          <w:bCs/>
          <w:lang w:val="ru-RU"/>
        </w:rPr>
        <w:t>очок</w:t>
      </w:r>
      <w:proofErr w:type="spellEnd"/>
      <w:r w:rsidRPr="00FE69C9">
        <w:rPr>
          <w:b/>
          <w:bCs/>
          <w:lang w:val="ru-RU"/>
        </w:rPr>
        <w:t xml:space="preserve">: </w:t>
      </w:r>
      <w:r w:rsidRPr="00FE69C9">
        <w:rPr>
          <w:b/>
          <w:bCs/>
          <w:sz w:val="24"/>
          <w:szCs w:val="24"/>
          <w:lang w:val="uk-UA"/>
        </w:rPr>
        <w:t>231</w:t>
      </w:r>
      <w:r w:rsidRPr="00FE69C9">
        <w:rPr>
          <w:b/>
          <w:bCs/>
          <w:lang w:val="uk-UA"/>
        </w:rPr>
        <w:t xml:space="preserve">                             </w:t>
      </w:r>
    </w:p>
    <w:p w14:paraId="0352FFEE" w14:textId="77777777" w:rsidR="00FE69C9" w:rsidRPr="00FE69C9" w:rsidRDefault="00FE69C9" w:rsidP="00FE69C9">
      <w:pPr>
        <w:rPr>
          <w:b/>
          <w:bCs/>
          <w:lang w:val="uk-UA"/>
        </w:rPr>
      </w:pPr>
    </w:p>
    <w:p w14:paraId="66C413B8" w14:textId="53B935D5" w:rsidR="00FE69C9" w:rsidRPr="00FE69C9" w:rsidRDefault="00FE69C9" w:rsidP="00FE69C9">
      <w:pPr>
        <w:rPr>
          <w:b/>
          <w:bCs/>
          <w:lang w:val="uk-UA"/>
        </w:rPr>
      </w:pPr>
      <w:r w:rsidRPr="00FE69C9">
        <w:rPr>
          <w:b/>
          <w:bCs/>
          <w:lang w:val="uk-UA"/>
        </w:rPr>
        <w:t xml:space="preserve">Президент Федерації </w:t>
      </w:r>
    </w:p>
    <w:p w14:paraId="0B3570D5" w14:textId="77777777" w:rsidR="00FE69C9" w:rsidRPr="00FE69C9" w:rsidRDefault="00FE69C9" w:rsidP="00FE69C9">
      <w:pPr>
        <w:rPr>
          <w:b/>
          <w:bCs/>
          <w:lang w:val="uk-UA"/>
        </w:rPr>
      </w:pPr>
      <w:r w:rsidRPr="00FE69C9">
        <w:rPr>
          <w:b/>
          <w:bCs/>
          <w:lang w:val="uk-UA"/>
        </w:rPr>
        <w:t>Ковальчук Олександр Іванович                                                           _______________________</w:t>
      </w:r>
    </w:p>
    <w:p w14:paraId="1C365FF1" w14:textId="77777777" w:rsidR="00FE69C9" w:rsidRPr="00FE69C9" w:rsidRDefault="00FE69C9" w:rsidP="00FE69C9">
      <w:pPr>
        <w:rPr>
          <w:lang w:val="uk-UA"/>
        </w:rPr>
      </w:pPr>
      <w:r w:rsidRPr="00FE69C9">
        <w:rPr>
          <w:lang w:val="uk-UA"/>
        </w:rPr>
        <w:t xml:space="preserve">                                                                                                                                </w:t>
      </w:r>
      <w:r w:rsidRPr="00FE69C9">
        <w:rPr>
          <w:b/>
          <w:bCs/>
          <w:lang w:val="uk-UA"/>
        </w:rPr>
        <w:t>МП</w:t>
      </w:r>
      <w:r w:rsidRPr="00FE69C9">
        <w:rPr>
          <w:lang w:val="uk-UA"/>
        </w:rPr>
        <w:t>(за наявності)</w:t>
      </w:r>
    </w:p>
    <w:p w14:paraId="3B7E4D35" w14:textId="77777777" w:rsidR="00FE69C9" w:rsidRPr="00FE69C9" w:rsidRDefault="00FE69C9">
      <w:pPr>
        <w:rPr>
          <w:lang w:val="uk-UA"/>
        </w:rPr>
      </w:pPr>
    </w:p>
    <w:sectPr w:rsidR="00FE69C9" w:rsidRPr="00FE69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2574070">
    <w:abstractNumId w:val="8"/>
  </w:num>
  <w:num w:numId="2" w16cid:durableId="1978102685">
    <w:abstractNumId w:val="6"/>
  </w:num>
  <w:num w:numId="3" w16cid:durableId="1280258169">
    <w:abstractNumId w:val="5"/>
  </w:num>
  <w:num w:numId="4" w16cid:durableId="1442802254">
    <w:abstractNumId w:val="4"/>
  </w:num>
  <w:num w:numId="5" w16cid:durableId="20013354">
    <w:abstractNumId w:val="7"/>
  </w:num>
  <w:num w:numId="6" w16cid:durableId="82920409">
    <w:abstractNumId w:val="3"/>
  </w:num>
  <w:num w:numId="7" w16cid:durableId="1182164796">
    <w:abstractNumId w:val="2"/>
  </w:num>
  <w:num w:numId="8" w16cid:durableId="2077193461">
    <w:abstractNumId w:val="1"/>
  </w:num>
  <w:num w:numId="9" w16cid:durableId="194873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4C8F"/>
    <w:rsid w:val="007237F9"/>
    <w:rsid w:val="009815B1"/>
    <w:rsid w:val="00AA1D8D"/>
    <w:rsid w:val="00B47730"/>
    <w:rsid w:val="00CB0664"/>
    <w:rsid w:val="00FC693F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470B6"/>
  <w14:defaultImageDpi w14:val="300"/>
  <w15:docId w15:val="{D350E206-2CFC-4A1A-86F7-463F339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 Holubovskyi</cp:lastModifiedBy>
  <cp:revision>3</cp:revision>
  <dcterms:created xsi:type="dcterms:W3CDTF">2025-12-14T20:42:00Z</dcterms:created>
  <dcterms:modified xsi:type="dcterms:W3CDTF">2025-12-14T20:42:00Z</dcterms:modified>
  <cp:category/>
</cp:coreProperties>
</file>